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B1F3E" w:rsidRDefault="00C15104" w14:paraId="28264A94" w14:textId="77777777">
      <w:pPr>
        <w:jc w:val="center"/>
      </w:pPr>
      <w:r>
        <w:rPr>
          <w:b/>
          <w:sz w:val="48"/>
        </w:rPr>
        <w:t>Statement of Purpose</w:t>
      </w:r>
      <w:r>
        <w:rPr>
          <w:b/>
          <w:sz w:val="48"/>
        </w:rPr>
        <w:br/>
      </w:r>
    </w:p>
    <w:p w:rsidR="004B1F3E" w:rsidRDefault="00C15104" w14:paraId="6007D573" w14:textId="77777777">
      <w:pPr>
        <w:jc w:val="center"/>
      </w:pPr>
      <w:proofErr w:type="spellStart"/>
      <w:r>
        <w:rPr>
          <w:sz w:val="32"/>
        </w:rPr>
        <w:t>eQuiPT</w:t>
      </w:r>
      <w:proofErr w:type="spellEnd"/>
      <w:r>
        <w:rPr>
          <w:sz w:val="32"/>
        </w:rPr>
        <w:t xml:space="preserve"> Therapy Services</w:t>
      </w:r>
      <w:r>
        <w:rPr>
          <w:sz w:val="32"/>
        </w:rPr>
        <w:br/>
      </w:r>
      <w:r>
        <w:rPr>
          <w:sz w:val="32"/>
        </w:rPr>
        <w:t>Adoption Support Agency</w:t>
      </w:r>
    </w:p>
    <w:p w:rsidR="004B1F3E" w:rsidP="00A84E57" w:rsidRDefault="00A84E57" w14:paraId="052A21FD" w14:textId="69E0FE9A">
      <w:pPr>
        <w:jc w:val="center"/>
      </w:pPr>
      <w:r>
        <w:rPr>
          <w:noProof/>
        </w:rPr>
        <w:drawing>
          <wp:anchor distT="0" distB="0" distL="114300" distR="114300" simplePos="0" relativeHeight="251657216" behindDoc="0" locked="0" layoutInCell="1" allowOverlap="1" wp14:anchorId="71CD4550" wp14:editId="24A2004C">
            <wp:simplePos x="0" y="0"/>
            <wp:positionH relativeFrom="column">
              <wp:posOffset>1821180</wp:posOffset>
            </wp:positionH>
            <wp:positionV relativeFrom="paragraph">
              <wp:posOffset>612775</wp:posOffset>
            </wp:positionV>
            <wp:extent cx="2505710" cy="3764280"/>
            <wp:effectExtent l="0" t="0" r="8890" b="0"/>
            <wp:wrapNone/>
            <wp:docPr id="1248555844" name="Picture 1" descr="A baby drawing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55844" name="Picture 1" descr="A baby drawing on a wall&#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710" cy="3764280"/>
                    </a:xfrm>
                    <a:prstGeom prst="rect">
                      <a:avLst/>
                    </a:prstGeom>
                    <a:noFill/>
                  </pic:spPr>
                </pic:pic>
              </a:graphicData>
            </a:graphic>
          </wp:anchor>
        </w:drawing>
      </w:r>
      <w:r>
        <w:rPr>
          <w:i/>
        </w:rPr>
        <w:br/>
      </w:r>
      <w:r w:rsidRPr="64EF38D0" w:rsidR="11387C72">
        <w:rPr>
          <w:i w:val="1"/>
          <w:iCs w:val="1"/>
        </w:rPr>
        <w:t>Version: 1.</w:t>
      </w:r>
      <w:r w:rsidRPr="64EF38D0" w:rsidR="00DB9AF5">
        <w:rPr>
          <w:i w:val="1"/>
          <w:iCs w:val="1"/>
        </w:rPr>
        <w:t>2</w:t>
      </w:r>
      <w:r>
        <w:rPr>
          <w:i/>
        </w:rPr>
        <w:br/>
      </w:r>
      <w:r w:rsidRPr="64EF38D0" w:rsidR="11387C72">
        <w:rPr>
          <w:i w:val="1"/>
          <w:iCs w:val="1"/>
        </w:rPr>
        <w:t>Date 1</w:t>
      </w:r>
      <w:r w:rsidRPr="64EF38D0" w:rsidR="2A398A5A">
        <w:rPr>
          <w:i w:val="1"/>
          <w:iCs w:val="1"/>
        </w:rPr>
        <w:t>8.05.</w:t>
      </w:r>
      <w:r w:rsidRPr="64EF38D0" w:rsidR="11387C72">
        <w:rPr>
          <w:i w:val="1"/>
          <w:iCs w:val="1"/>
        </w:rPr>
        <w:t>2026</w:t>
      </w:r>
      <w:r>
        <w:br w:type="page"/>
      </w:r>
    </w:p>
    <w:p w:rsidR="004B1F3E" w:rsidRDefault="00C15104" w14:paraId="3C669D15" w14:textId="77777777">
      <w:pPr>
        <w:pStyle w:val="Heading1"/>
      </w:pPr>
      <w:r>
        <w:t>Contents</w:t>
      </w:r>
    </w:p>
    <w:p w:rsidR="004B1F3E" w:rsidRDefault="00C15104" w14:paraId="47A514FB" w14:textId="77777777">
      <w:pPr>
        <w:pStyle w:val="ListNumber"/>
      </w:pPr>
      <w:r>
        <w:t>Introduction</w:t>
      </w:r>
    </w:p>
    <w:p w:rsidR="004B1F3E" w:rsidRDefault="00C15104" w14:paraId="2322BFAC" w14:textId="77777777">
      <w:pPr>
        <w:pStyle w:val="ListNumber"/>
      </w:pPr>
      <w:r>
        <w:t>Principles and Values</w:t>
      </w:r>
    </w:p>
    <w:p w:rsidR="004B1F3E" w:rsidRDefault="00C15104" w14:paraId="071FDED6" w14:textId="77777777">
      <w:pPr>
        <w:pStyle w:val="ListNumber"/>
      </w:pPr>
      <w:r>
        <w:t>Aims and Objectives</w:t>
      </w:r>
    </w:p>
    <w:p w:rsidR="004B1F3E" w:rsidRDefault="00C15104" w14:paraId="6CB477CE" w14:textId="77777777">
      <w:pPr>
        <w:pStyle w:val="ListNumber"/>
      </w:pPr>
      <w:proofErr w:type="spellStart"/>
      <w:r>
        <w:t>Organisational</w:t>
      </w:r>
      <w:proofErr w:type="spellEnd"/>
      <w:r>
        <w:t xml:space="preserve"> Structure</w:t>
      </w:r>
    </w:p>
    <w:p w:rsidR="004B1F3E" w:rsidRDefault="00C15104" w14:paraId="6264FF49" w14:textId="77777777">
      <w:pPr>
        <w:pStyle w:val="ListNumber"/>
      </w:pPr>
      <w:r>
        <w:t>Service Users</w:t>
      </w:r>
    </w:p>
    <w:p w:rsidR="004B1F3E" w:rsidRDefault="00C15104" w14:paraId="57A2919F" w14:textId="77777777">
      <w:pPr>
        <w:pStyle w:val="ListNumber"/>
      </w:pPr>
      <w:r>
        <w:t>Services Provided</w:t>
      </w:r>
    </w:p>
    <w:p w:rsidR="004B1F3E" w:rsidRDefault="00C15104" w14:paraId="12B97581" w14:textId="77777777">
      <w:pPr>
        <w:pStyle w:val="ListNumber"/>
      </w:pPr>
      <w:r>
        <w:t>Management, Staffing, Qualifications and Experience</w:t>
      </w:r>
    </w:p>
    <w:p w:rsidR="004B1F3E" w:rsidRDefault="00C15104" w14:paraId="6FDD8930" w14:textId="77777777">
      <w:pPr>
        <w:pStyle w:val="ListNumber"/>
      </w:pPr>
      <w:r>
        <w:t>Safeguarding</w:t>
      </w:r>
    </w:p>
    <w:p w:rsidR="004B1F3E" w:rsidRDefault="00C15104" w14:paraId="20E4E08A" w14:textId="77777777">
      <w:pPr>
        <w:pStyle w:val="ListNumber"/>
      </w:pPr>
      <w:r>
        <w:t>Monitoring and Evaluation</w:t>
      </w:r>
    </w:p>
    <w:p w:rsidR="004B1F3E" w:rsidRDefault="00C15104" w14:paraId="0786C968" w14:textId="77777777">
      <w:pPr>
        <w:pStyle w:val="ListNumber"/>
      </w:pPr>
      <w:r>
        <w:t>Concerns and Complaints</w:t>
      </w:r>
    </w:p>
    <w:p w:rsidR="004B1F3E" w:rsidRDefault="00C15104" w14:paraId="58E941E5" w14:textId="77777777">
      <w:r>
        <w:br w:type="page"/>
      </w:r>
    </w:p>
    <w:p w:rsidR="004B1F3E" w:rsidRDefault="00C15104" w14:paraId="0791C0FE" w14:textId="77777777">
      <w:pPr>
        <w:pStyle w:val="Heading1"/>
      </w:pPr>
      <w:r>
        <w:t>1. Introduction</w:t>
      </w:r>
    </w:p>
    <w:p w:rsidR="004B1F3E" w:rsidRDefault="00C15104" w14:paraId="7DA578BB" w14:textId="77777777">
      <w:r>
        <w:t xml:space="preserve">This Statement of Purpose has been prepared in accordance with the National Minimum Standards for Adoption Support Agencies. It outlines the aims, objectives and services provided by </w:t>
      </w:r>
      <w:proofErr w:type="spellStart"/>
      <w:r>
        <w:t>eQuiPT</w:t>
      </w:r>
      <w:proofErr w:type="spellEnd"/>
      <w:r>
        <w:t xml:space="preserve"> Therapy Services Adoption Support Agency and describes how we seek to achieve positive outcomes for children and families.</w:t>
      </w:r>
    </w:p>
    <w:p w:rsidR="004B1F3E" w:rsidRDefault="00C15104" w14:paraId="5015A16F" w14:textId="77777777">
      <w:r>
        <w:t xml:space="preserve">This document should be read alongside our policies and procedures, which reflect and </w:t>
      </w:r>
      <w:proofErr w:type="spellStart"/>
      <w:r>
        <w:t>operationalise</w:t>
      </w:r>
      <w:proofErr w:type="spellEnd"/>
      <w:r>
        <w:t xml:space="preserve"> the principles set out within this Statement. It provides clarity for children, young people, parents, carers and professionals regarding the standards of service they can expect from us.</w:t>
      </w:r>
    </w:p>
    <w:p w:rsidR="004B1F3E" w:rsidRDefault="00C15104" w14:paraId="68DEF0C5" w14:textId="77777777">
      <w:r>
        <w:t>This Statement of Purpose has been developed in accordance with:</w:t>
      </w:r>
    </w:p>
    <w:p w:rsidR="004B1F3E" w:rsidRDefault="00C15104" w14:paraId="4BC7A06A" w14:textId="77777777">
      <w:pPr>
        <w:pStyle w:val="ListBullet"/>
      </w:pPr>
      <w:r>
        <w:t>Adoption and Children Act 2002</w:t>
      </w:r>
    </w:p>
    <w:p w:rsidR="004B1F3E" w:rsidRDefault="00C15104" w14:paraId="4461DD19" w14:textId="77777777">
      <w:pPr>
        <w:pStyle w:val="ListBullet"/>
      </w:pPr>
      <w:r>
        <w:t>Children and Families Act 2014</w:t>
      </w:r>
    </w:p>
    <w:p w:rsidR="004B1F3E" w:rsidRDefault="00C15104" w14:paraId="796BD2B5" w14:textId="77777777">
      <w:pPr>
        <w:pStyle w:val="ListBullet"/>
      </w:pPr>
      <w:r>
        <w:t>Adoption Support Agencies (England) and Adoption Agencies (Miscellaneous Amendments) Regulations 2005</w:t>
      </w:r>
    </w:p>
    <w:p w:rsidR="004B1F3E" w:rsidRDefault="00C15104" w14:paraId="387F66A9" w14:textId="77777777">
      <w:pPr>
        <w:pStyle w:val="ListBullet"/>
      </w:pPr>
      <w:r>
        <w:t>Care Standards Act 2000</w:t>
      </w:r>
    </w:p>
    <w:p w:rsidR="004B1F3E" w:rsidRDefault="00C15104" w14:paraId="0A923372" w14:textId="77777777">
      <w:pPr>
        <w:pStyle w:val="ListBullet"/>
      </w:pPr>
      <w:r>
        <w:t>Adoption National Minimum Standards (2014)</w:t>
      </w:r>
    </w:p>
    <w:p w:rsidR="004B1F3E" w:rsidRDefault="00C15104" w14:paraId="25CC4BEC" w14:textId="77777777">
      <w:pPr>
        <w:pStyle w:val="ListBullet"/>
      </w:pPr>
      <w:r>
        <w:t>Working Together to Safeguard Children (current statutory guidance)</w:t>
      </w:r>
    </w:p>
    <w:p w:rsidR="004B1F3E" w:rsidRDefault="00C15104" w14:paraId="2989565B" w14:textId="77777777">
      <w:proofErr w:type="spellStart"/>
      <w:r>
        <w:t>eQuiPT</w:t>
      </w:r>
      <w:proofErr w:type="spellEnd"/>
      <w:r>
        <w:t xml:space="preserve"> Therapy Services Adoption Support Agency is regulated and inspected by Ofsted against these standards.</w:t>
      </w:r>
    </w:p>
    <w:p w:rsidR="004B1F3E" w:rsidRDefault="00C15104" w14:paraId="14C2AEB0" w14:textId="77777777">
      <w:pPr>
        <w:pStyle w:val="Heading1"/>
      </w:pPr>
      <w:r>
        <w:t>2. Principles and Values</w:t>
      </w:r>
    </w:p>
    <w:p w:rsidR="004B1F3E" w:rsidRDefault="00C15104" w14:paraId="0BB4504F" w14:textId="53F5F86D">
      <w:r w:rsidR="0C6BBAA0">
        <w:rPr/>
        <w:t>Our practice is underpinned by the Adoption and Children Act 2002 and the Children and Families Act 2014. We provide trauma-informed, attachment-</w:t>
      </w:r>
      <w:r w:rsidR="0C6BBAA0">
        <w:rPr/>
        <w:t>aware</w:t>
      </w:r>
      <w:r w:rsidR="0C6BBAA0">
        <w:rPr/>
        <w:t xml:space="preserve"> and child-</w:t>
      </w:r>
      <w:r w:rsidR="0AF5AC7F">
        <w:rPr/>
        <w:t>centered</w:t>
      </w:r>
      <w:r w:rsidR="0C6BBAA0">
        <w:rPr/>
        <w:t xml:space="preserve"> therapeutic support, with children and families at the heart of all decision-making.</w:t>
      </w:r>
    </w:p>
    <w:p w:rsidR="004B1F3E" w:rsidRDefault="00C15104" w14:paraId="1F79AD49" w14:textId="77777777">
      <w:pPr>
        <w:pStyle w:val="Heading2"/>
      </w:pPr>
      <w:r>
        <w:t>Our core value: Integrity</w:t>
      </w:r>
    </w:p>
    <w:p w:rsidR="004B1F3E" w:rsidRDefault="00C15104" w14:paraId="19F9810B" w14:textId="77777777">
      <w:r>
        <w:t xml:space="preserve">Integrity is fundamental to </w:t>
      </w:r>
      <w:proofErr w:type="spellStart"/>
      <w:r>
        <w:t>eQuiPT</w:t>
      </w:r>
      <w:proofErr w:type="spellEnd"/>
      <w:r>
        <w:t>. We are committed to transparency, honesty and accountability in all aspects of our work. We strive for continuous improvement and welcome feedback to strengthen our service.</w:t>
      </w:r>
    </w:p>
    <w:p w:rsidR="004B1F3E" w:rsidRDefault="00C15104" w14:paraId="13D84D54" w14:textId="77777777">
      <w:pPr>
        <w:pStyle w:val="Heading2"/>
      </w:pPr>
      <w:r>
        <w:t>Values: Children</w:t>
      </w:r>
    </w:p>
    <w:p w:rsidR="004B1F3E" w:rsidRDefault="00C15104" w14:paraId="6C1B4A2F" w14:textId="77777777">
      <w:pPr>
        <w:pStyle w:val="ListBullet"/>
      </w:pPr>
      <w:r>
        <w:t>Children’s wishes and feelings are actively sought and meaningfully considered at every stage of the therapeutic process.</w:t>
      </w:r>
    </w:p>
    <w:p w:rsidR="004B1F3E" w:rsidRDefault="00C15104" w14:paraId="6DF9CF87" w14:textId="77777777">
      <w:pPr>
        <w:pStyle w:val="ListBullet"/>
      </w:pPr>
      <w:r>
        <w:t xml:space="preserve">Each child’s ethnic origin, culture, religion, language, gender identity and sexuality are </w:t>
      </w:r>
      <w:proofErr w:type="spellStart"/>
      <w:r>
        <w:t>recognised</w:t>
      </w:r>
      <w:proofErr w:type="spellEnd"/>
      <w:r>
        <w:t>, respected and positively promoted.</w:t>
      </w:r>
    </w:p>
    <w:p w:rsidR="004B1F3E" w:rsidRDefault="00C15104" w14:paraId="239B61F6" w14:textId="77777777">
      <w:pPr>
        <w:pStyle w:val="ListBullet"/>
      </w:pPr>
      <w:r>
        <w:t>The child’s welfare, safety and developmental needs are central to all therapeutic interventions.</w:t>
      </w:r>
    </w:p>
    <w:p w:rsidR="004B1F3E" w:rsidRDefault="00C15104" w14:paraId="1B09CDD8" w14:textId="77777777">
      <w:pPr>
        <w:pStyle w:val="ListBullet"/>
      </w:pPr>
      <w:r>
        <w:t>Children are treated with dignity, respect and compassion.</w:t>
      </w:r>
    </w:p>
    <w:p w:rsidR="004B1F3E" w:rsidRDefault="00C15104" w14:paraId="622AA924" w14:textId="77777777">
      <w:pPr>
        <w:pStyle w:val="ListBullet"/>
      </w:pPr>
      <w:r>
        <w:t>Therapeutic interventions are age-appropriate and accessible, and not dependent solely on verbal communication skills.</w:t>
      </w:r>
    </w:p>
    <w:p w:rsidR="004B1F3E" w:rsidRDefault="00C15104" w14:paraId="19A7A378" w14:textId="77777777">
      <w:pPr>
        <w:pStyle w:val="ListBullet"/>
      </w:pPr>
      <w:r>
        <w:t>Children experience measurable improvements in self-worth, emotional regulation and overall wellbeing.</w:t>
      </w:r>
    </w:p>
    <w:p w:rsidR="004B1F3E" w:rsidRDefault="00C15104" w14:paraId="4F3700D1" w14:textId="77777777">
      <w:pPr>
        <w:pStyle w:val="Heading2"/>
      </w:pPr>
      <w:r>
        <w:t>Values: Parents and Families</w:t>
      </w:r>
    </w:p>
    <w:p w:rsidR="004B1F3E" w:rsidRDefault="00C15104" w14:paraId="0C27440C" w14:textId="77777777">
      <w:pPr>
        <w:pStyle w:val="ListBullet"/>
      </w:pPr>
      <w:r>
        <w:t>Parents and carers are fully involved and communicated with throughout the therapeutic process.</w:t>
      </w:r>
    </w:p>
    <w:p w:rsidR="004B1F3E" w:rsidRDefault="00C15104" w14:paraId="596A25F9" w14:textId="77777777">
      <w:pPr>
        <w:pStyle w:val="ListBullet"/>
      </w:pPr>
      <w:r>
        <w:t>Accessing therapy is straightforward, transparent and as stress-free as possible.</w:t>
      </w:r>
    </w:p>
    <w:p w:rsidR="004B1F3E" w:rsidRDefault="00C15104" w14:paraId="583FA257" w14:textId="77777777">
      <w:pPr>
        <w:pStyle w:val="ListBullet"/>
      </w:pPr>
      <w:r>
        <w:t>Our environment is welcoming, inclusive and family-friendly.</w:t>
      </w:r>
    </w:p>
    <w:p w:rsidR="004B1F3E" w:rsidRDefault="00C15104" w14:paraId="1C43B821" w14:textId="77777777">
      <w:pPr>
        <w:pStyle w:val="ListBullet"/>
      </w:pPr>
      <w:r>
        <w:t>Families have easy access to information about safeguarding, confidentiality and complaints procedures.</w:t>
      </w:r>
    </w:p>
    <w:p w:rsidR="004B1F3E" w:rsidRDefault="00C15104" w14:paraId="6CFB7944" w14:textId="77777777">
      <w:pPr>
        <w:pStyle w:val="ListBullet"/>
      </w:pPr>
      <w:r>
        <w:t>Feedback is actively encouraged and used to inform service development.</w:t>
      </w:r>
    </w:p>
    <w:p w:rsidR="004B1F3E" w:rsidRDefault="00C15104" w14:paraId="06681726" w14:textId="77777777">
      <w:pPr>
        <w:pStyle w:val="Heading2"/>
      </w:pPr>
      <w:r>
        <w:t>Equality, Diversity and Inclusion</w:t>
      </w:r>
    </w:p>
    <w:p w:rsidR="004B1F3E" w:rsidRDefault="00C15104" w14:paraId="624CC094" w14:textId="77777777">
      <w:proofErr w:type="spellStart"/>
      <w:r>
        <w:t>eQuiPT</w:t>
      </w:r>
      <w:proofErr w:type="spellEnd"/>
      <w:r>
        <w:t xml:space="preserve"> Therapy Services is committed to promoting equality of opportunity and eliminating discrimination. We </w:t>
      </w:r>
      <w:proofErr w:type="spellStart"/>
      <w:r>
        <w:t>recognise</w:t>
      </w:r>
      <w:proofErr w:type="spellEnd"/>
      <w:r>
        <w:t xml:space="preserve"> both our statutory and moral responsibilities to ensure services are accessible, appropriate and delivered fairly.</w:t>
      </w:r>
    </w:p>
    <w:p w:rsidR="004B1F3E" w:rsidRDefault="00C15104" w14:paraId="3584DB50" w14:textId="77777777">
      <w:r>
        <w:t>We uphold relevant equality legislation, including (but not limited to):</w:t>
      </w:r>
    </w:p>
    <w:p w:rsidR="004B1F3E" w:rsidRDefault="00C15104" w14:paraId="44DE54F8" w14:textId="77777777">
      <w:pPr>
        <w:pStyle w:val="ListBullet"/>
      </w:pPr>
      <w:r>
        <w:t>Equality Act 2010</w:t>
      </w:r>
    </w:p>
    <w:p w:rsidR="004B1F3E" w:rsidRDefault="00C15104" w14:paraId="206E7DD2" w14:textId="77777777">
      <w:pPr>
        <w:pStyle w:val="ListBullet"/>
      </w:pPr>
      <w:r>
        <w:t>Human Rights Act 1998</w:t>
      </w:r>
    </w:p>
    <w:p w:rsidR="004B1F3E" w:rsidRDefault="00C15104" w14:paraId="49DD9EF4" w14:textId="77777777">
      <w:pPr>
        <w:pStyle w:val="ListBullet"/>
      </w:pPr>
      <w:r>
        <w:t>Rehabilitation of Offenders Act 1974</w:t>
      </w:r>
    </w:p>
    <w:p w:rsidR="004B1F3E" w:rsidRDefault="00C15104" w14:paraId="5627E349" w14:textId="77777777">
      <w:r>
        <w:t>We are committed to:</w:t>
      </w:r>
    </w:p>
    <w:p w:rsidR="004B1F3E" w:rsidRDefault="00C15104" w14:paraId="53474FE5" w14:textId="6AD73034">
      <w:pPr>
        <w:pStyle w:val="ListBullet"/>
        <w:rPr/>
      </w:pPr>
      <w:r w:rsidR="0C6BBAA0">
        <w:rPr/>
        <w:t>Treating all individuals with dignity and respect</w:t>
      </w:r>
      <w:r w:rsidR="69B14181">
        <w:rPr/>
        <w:t>, and valuing</w:t>
      </w:r>
      <w:r w:rsidR="0C6BBAA0">
        <w:rPr/>
        <w:t xml:space="preserve"> diversity.</w:t>
      </w:r>
    </w:p>
    <w:p w:rsidR="004B1F3E" w:rsidRDefault="00C15104" w14:paraId="71D0DF00" w14:textId="77777777">
      <w:pPr>
        <w:pStyle w:val="ListBullet"/>
      </w:pPr>
      <w:r>
        <w:t>Promoting equality of opportunity in recruitment and service delivery.</w:t>
      </w:r>
    </w:p>
    <w:p w:rsidR="004B1F3E" w:rsidRDefault="00C15104" w14:paraId="750808E5" w14:textId="77777777">
      <w:pPr>
        <w:pStyle w:val="ListBullet"/>
      </w:pPr>
      <w:r>
        <w:t>Ensuring services are accessible and responsive to individual needs.</w:t>
      </w:r>
    </w:p>
    <w:p w:rsidR="004B1F3E" w:rsidRDefault="00C15104" w14:paraId="504A29CF" w14:textId="77777777">
      <w:pPr>
        <w:pStyle w:val="ListBullet"/>
      </w:pPr>
      <w:r>
        <w:t>Commissioning associate therapists who meet rigorous professional and registration standards and who receive appropriate supervision.</w:t>
      </w:r>
    </w:p>
    <w:p w:rsidR="004B1F3E" w:rsidRDefault="00C15104" w14:paraId="4832C456" w14:textId="77777777">
      <w:pPr>
        <w:pStyle w:val="Heading1"/>
      </w:pPr>
      <w:r>
        <w:t>3. Aims and Objectives</w:t>
      </w:r>
    </w:p>
    <w:p w:rsidR="004B1F3E" w:rsidRDefault="00C15104" w14:paraId="5EA304C9" w14:textId="77777777">
      <w:r>
        <w:t>Our overarching aim is to deliver high-quality, evidence-informed therapeutic support that improves outcomes for adopted children and children subject to Special Guardianship Orders.</w:t>
      </w:r>
    </w:p>
    <w:p w:rsidR="004B1F3E" w:rsidRDefault="00C15104" w14:paraId="2EFB824A" w14:textId="77777777">
      <w:r>
        <w:t>We aim to ensure that:</w:t>
      </w:r>
    </w:p>
    <w:p w:rsidR="004B1F3E" w:rsidRDefault="00C15104" w14:paraId="01C2209C" w14:textId="5905DDEB">
      <w:pPr>
        <w:pStyle w:val="ListBullet"/>
        <w:rPr/>
      </w:pPr>
      <w:r w:rsidR="0C6BBAA0">
        <w:rPr/>
        <w:t xml:space="preserve">Services are delivered by appropriately qualified, </w:t>
      </w:r>
      <w:r w:rsidR="4AFBFB9F">
        <w:rPr/>
        <w:t>experienced,</w:t>
      </w:r>
      <w:r w:rsidR="0C6BBAA0">
        <w:rPr/>
        <w:t xml:space="preserve"> and registered professionals who receive clinical and managerial supervision.</w:t>
      </w:r>
    </w:p>
    <w:p w:rsidR="004B1F3E" w:rsidRDefault="00C15104" w14:paraId="0F69BE57" w14:textId="77777777">
      <w:pPr>
        <w:pStyle w:val="ListBullet"/>
      </w:pPr>
      <w:r>
        <w:t>Parents and carers are supported to develop insight and confidence in parenting children with attachment and trauma-related needs.</w:t>
      </w:r>
    </w:p>
    <w:p w:rsidR="004B1F3E" w:rsidRDefault="00C15104" w14:paraId="66B7D5E3" w14:textId="6E272CA5">
      <w:pPr>
        <w:pStyle w:val="ListBullet"/>
        <w:rPr/>
      </w:pPr>
      <w:r w:rsidR="0C6BBAA0">
        <w:rPr/>
        <w:t xml:space="preserve">Children demonstrate sustained improvements in emotional wellbeing, </w:t>
      </w:r>
      <w:r w:rsidR="2886D454">
        <w:rPr/>
        <w:t>resilience,</w:t>
      </w:r>
      <w:r w:rsidR="0C6BBAA0">
        <w:rPr/>
        <w:t xml:space="preserve"> and relationships.</w:t>
      </w:r>
    </w:p>
    <w:p w:rsidR="004B1F3E" w:rsidRDefault="00C15104" w14:paraId="359564D8" w14:textId="77777777">
      <w:pPr>
        <w:pStyle w:val="ListBullet"/>
      </w:pPr>
      <w:r>
        <w:t>Children develop effective strategies to regulate emotions and manage future challenges.</w:t>
      </w:r>
    </w:p>
    <w:p w:rsidR="004B1F3E" w:rsidRDefault="00C15104" w14:paraId="3F4A8437" w14:textId="77777777">
      <w:pPr>
        <w:pStyle w:val="ListBullet"/>
      </w:pPr>
      <w:r>
        <w:t>Therapeutic work supports the development of secure attachments and positive identity formation.</w:t>
      </w:r>
    </w:p>
    <w:p w:rsidR="004B1F3E" w:rsidRDefault="00C15104" w14:paraId="28BF1257" w14:textId="77777777">
      <w:pPr>
        <w:pStyle w:val="ListBullet"/>
      </w:pPr>
      <w:r>
        <w:t>Children are supported to process trauma and adverse childhood experiences safely.</w:t>
      </w:r>
    </w:p>
    <w:p w:rsidR="004B1F3E" w:rsidRDefault="00C15104" w14:paraId="452F5DB6" w14:textId="77777777">
      <w:pPr>
        <w:pStyle w:val="ListBullet"/>
      </w:pPr>
      <w:r>
        <w:t>Outcomes are measurable and evidenced through appropriate tools.</w:t>
      </w:r>
    </w:p>
    <w:p w:rsidR="004B1F3E" w:rsidRDefault="00C15104" w14:paraId="452ADB3F" w14:textId="77777777">
      <w:pPr>
        <w:pStyle w:val="ListBullet"/>
      </w:pPr>
      <w:r>
        <w:t>Feedback is actively sought and used to improve practice.</w:t>
      </w:r>
    </w:p>
    <w:p w:rsidR="004B1F3E" w:rsidRDefault="00C15104" w14:paraId="1829C858" w14:textId="5F130538">
      <w:pPr>
        <w:pStyle w:val="ListBullet"/>
        <w:rPr/>
      </w:pPr>
      <w:r w:rsidR="0C6BBAA0">
        <w:rPr/>
        <w:t xml:space="preserve">Concerns and complaints are managed promptly, </w:t>
      </w:r>
      <w:r w:rsidR="04CE6935">
        <w:rPr/>
        <w:t>fairly,</w:t>
      </w:r>
      <w:r w:rsidR="0C6BBAA0">
        <w:rPr/>
        <w:t xml:space="preserve"> and transparently.</w:t>
      </w:r>
    </w:p>
    <w:p w:rsidR="004B1F3E" w:rsidRDefault="00C15104" w14:paraId="15F7A440" w14:textId="77777777">
      <w:pPr>
        <w:pStyle w:val="Heading1"/>
      </w:pPr>
      <w:r>
        <w:t xml:space="preserve">4. </w:t>
      </w:r>
      <w:proofErr w:type="spellStart"/>
      <w:r>
        <w:t>Organisational</w:t>
      </w:r>
      <w:proofErr w:type="spellEnd"/>
      <w:r>
        <w:t xml:space="preserve"> Structure</w:t>
      </w:r>
    </w:p>
    <w:p w:rsidR="004B1F3E" w:rsidRDefault="00C15104" w14:paraId="5864DB47" w14:textId="77777777">
      <w:proofErr w:type="spellStart"/>
      <w:r>
        <w:t>eQuiPT</w:t>
      </w:r>
      <w:proofErr w:type="spellEnd"/>
      <w:r>
        <w:t xml:space="preserve"> Therapy Services became a registered Adoption Support Agency in October 2022, having delivered therapeutic services to children and families for several years prior to registration.</w:t>
      </w:r>
    </w:p>
    <w:p w:rsidR="004B1F3E" w:rsidRDefault="00C15104" w14:paraId="303D1D31" w14:textId="77777777">
      <w:r>
        <w:t>The agency is based at:</w:t>
      </w:r>
    </w:p>
    <w:p w:rsidR="004B1F3E" w:rsidRDefault="00C15104" w14:paraId="3395B7F2" w14:textId="77777777">
      <w:r>
        <w:rPr>
          <w:b/>
        </w:rPr>
        <w:t>13 Regent Street</w:t>
      </w:r>
      <w:r>
        <w:rPr>
          <w:b/>
        </w:rPr>
        <w:br/>
      </w:r>
      <w:r>
        <w:rPr>
          <w:b/>
        </w:rPr>
        <w:t>Barnsley</w:t>
      </w:r>
      <w:r>
        <w:rPr>
          <w:b/>
        </w:rPr>
        <w:br/>
      </w:r>
      <w:r>
        <w:rPr>
          <w:b/>
        </w:rPr>
        <w:t>S70 2EG</w:t>
      </w:r>
    </w:p>
    <w:p w:rsidR="004B1F3E" w:rsidRDefault="00C15104" w14:paraId="11BE7BE9" w14:textId="77777777">
      <w:r>
        <w:t>Our premises are centrally located and accessible via public transport and nearby parking facilities.</w:t>
      </w:r>
    </w:p>
    <w:p w:rsidR="004B1F3E" w:rsidRDefault="00C15104" w14:paraId="53A44793" w14:textId="77777777">
      <w:r>
        <w:t>We are on the Provider List for Yorkshire and Humber and primarily serve South Yorkshire One Adoption and Special Guardianship teams.</w:t>
      </w:r>
    </w:p>
    <w:p w:rsidR="004B1F3E" w:rsidP="40F7BE53" w:rsidRDefault="00C15104" w14:paraId="605AB981" w14:textId="67C4D2D5">
      <w:r>
        <w:t xml:space="preserve">The Responsible Individual is </w:t>
      </w:r>
      <w:r w:rsidR="44F7A208">
        <w:t>Katie Popple (Counsellor / Previous NHS Business Support Manager</w:t>
      </w:r>
      <w:r>
        <w:t>). The Registered Manager is Sandra Georgeson.</w:t>
      </w:r>
    </w:p>
    <w:p w:rsidR="004B1F3E" w:rsidRDefault="00C15104" w14:paraId="138B614F" w14:textId="3501CB59">
      <w:r w:rsidR="0C6BBAA0">
        <w:rPr/>
        <w:t xml:space="preserve">We also </w:t>
      </w:r>
      <w:r w:rsidR="0C6BBAA0">
        <w:rPr/>
        <w:t>operate</w:t>
      </w:r>
      <w:r w:rsidR="0C6BBAA0">
        <w:rPr/>
        <w:t xml:space="preserve"> a Community Interest Company (CIC), which raises funds to support families unable to access funded therapy. This has included bridging support in response to reductions in Adoption and Special Guardianship Support Fund (ASGSF) availability.</w:t>
      </w:r>
      <w:r w:rsidR="3F5AA1EA">
        <w:rPr/>
        <w:t xml:space="preserve"> We now also have a registered charity</w:t>
      </w:r>
      <w:r w:rsidR="634FDEF4">
        <w:rPr/>
        <w:t xml:space="preserve"> to extend our ability to access bids and offer as much as possible to the families accessing </w:t>
      </w:r>
      <w:r w:rsidR="634FDEF4">
        <w:rPr/>
        <w:t>our</w:t>
      </w:r>
      <w:r w:rsidR="634FDEF4">
        <w:rPr/>
        <w:t xml:space="preserve"> service</w:t>
      </w:r>
      <w:r w:rsidR="3F5AA1EA">
        <w:rPr/>
        <w:t xml:space="preserve">. </w:t>
      </w:r>
    </w:p>
    <w:p w:rsidR="004B1F3E" w:rsidRDefault="00C15104" w14:paraId="6520C633" w14:textId="77777777">
      <w:pPr>
        <w:pStyle w:val="Heading1"/>
      </w:pPr>
      <w:r>
        <w:t>5. Service Users</w:t>
      </w:r>
    </w:p>
    <w:p w:rsidR="004B1F3E" w:rsidRDefault="00C15104" w14:paraId="35607CB4" w14:textId="77777777">
      <w:r>
        <w:t>We provide services to:</w:t>
      </w:r>
    </w:p>
    <w:p w:rsidR="004B1F3E" w:rsidRDefault="00C15104" w14:paraId="519CC7A0" w14:textId="77777777">
      <w:pPr>
        <w:pStyle w:val="ListBullet"/>
      </w:pPr>
      <w:r>
        <w:t>Adopted children aged 2-18</w:t>
      </w:r>
    </w:p>
    <w:p w:rsidR="004B1F3E" w:rsidRDefault="00C15104" w14:paraId="06A334D9" w14:textId="77777777">
      <w:pPr>
        <w:pStyle w:val="ListBullet"/>
      </w:pPr>
      <w:r>
        <w:t>Children subject to Special Guardianship Orders aged 2-18</w:t>
      </w:r>
    </w:p>
    <w:p w:rsidR="004B1F3E" w:rsidRDefault="00C15104" w14:paraId="3E2F15A4" w14:textId="77777777">
      <w:pPr>
        <w:pStyle w:val="ListBullet"/>
      </w:pPr>
      <w:r>
        <w:t>Children transitioning from care to adoption and prospective adopters</w:t>
      </w:r>
    </w:p>
    <w:p w:rsidR="004B1F3E" w:rsidRDefault="00C15104" w14:paraId="2F5DFFE2" w14:textId="77777777">
      <w:pPr>
        <w:pStyle w:val="ListBullet"/>
      </w:pPr>
      <w:r>
        <w:t>Adoptive parents and Special Guardians</w:t>
      </w:r>
    </w:p>
    <w:p w:rsidR="004B1F3E" w:rsidRDefault="00C15104" w14:paraId="442E49A2" w14:textId="77777777">
      <w:pPr>
        <w:pStyle w:val="ListBullet"/>
      </w:pPr>
      <w:r>
        <w:t>Foster carers</w:t>
      </w:r>
    </w:p>
    <w:p w:rsidR="004B1F3E" w:rsidRDefault="00C15104" w14:paraId="3ECB9F19" w14:textId="77777777">
      <w:pPr>
        <w:pStyle w:val="ListBullet"/>
      </w:pPr>
      <w:r>
        <w:t>Birth parents and birth families (where appropriate)</w:t>
      </w:r>
    </w:p>
    <w:p w:rsidR="004B1F3E" w:rsidRDefault="00C15104" w14:paraId="24A3545B" w14:textId="77777777">
      <w:pPr>
        <w:pStyle w:val="ListBullet"/>
      </w:pPr>
      <w:r>
        <w:t>Adopted adults seeking therapeutic support</w:t>
      </w:r>
    </w:p>
    <w:p w:rsidR="004B1F3E" w:rsidRDefault="00C15104" w14:paraId="28E7EB78" w14:textId="77777777">
      <w:pPr>
        <w:pStyle w:val="ListBullet"/>
      </w:pPr>
      <w:r>
        <w:t>Professionals requiring consultation, training or advice</w:t>
      </w:r>
    </w:p>
    <w:p w:rsidR="004B1F3E" w:rsidRDefault="00C15104" w14:paraId="64412E36" w14:textId="77777777">
      <w:pPr>
        <w:pStyle w:val="Heading1"/>
      </w:pPr>
      <w:r>
        <w:t>6. Services Provided</w:t>
      </w:r>
    </w:p>
    <w:p w:rsidR="004B1F3E" w:rsidRDefault="00C15104" w14:paraId="3396C2BB" w14:textId="77777777">
      <w:pPr>
        <w:pStyle w:val="Heading2"/>
      </w:pPr>
      <w:r>
        <w:t>Assessments</w:t>
      </w:r>
    </w:p>
    <w:p w:rsidR="004B1F3E" w:rsidRDefault="00C15104" w14:paraId="39B9561A" w14:textId="77777777">
      <w:pPr>
        <w:pStyle w:val="ListBullet"/>
      </w:pPr>
      <w:r>
        <w:t>CAPA (Child Attachment and Play Assessment)</w:t>
      </w:r>
    </w:p>
    <w:p w:rsidR="004B1F3E" w:rsidRDefault="00C15104" w14:paraId="1628F8F1" w14:textId="77777777">
      <w:pPr>
        <w:pStyle w:val="ListBullet"/>
      </w:pPr>
      <w:r>
        <w:t>MIM (Marschak Interaction Method)</w:t>
      </w:r>
    </w:p>
    <w:p w:rsidR="004B1F3E" w:rsidRDefault="00C15104" w14:paraId="3CE2F2B1" w14:textId="77777777">
      <w:pPr>
        <w:pStyle w:val="ListBullet"/>
      </w:pPr>
      <w:r>
        <w:t>Family Play Assessment</w:t>
      </w:r>
    </w:p>
    <w:p w:rsidR="004B1F3E" w:rsidRDefault="00C15104" w14:paraId="69855288" w14:textId="77777777">
      <w:pPr>
        <w:pStyle w:val="ListBullet"/>
      </w:pPr>
      <w:r>
        <w:t>SDQ (Strengths and Difficulties Questionnaire)</w:t>
      </w:r>
    </w:p>
    <w:p w:rsidR="004B1F3E" w:rsidRDefault="00C15104" w14:paraId="3ABC0A44" w14:textId="77777777">
      <w:pPr>
        <w:pStyle w:val="ListBullet"/>
        <w:rPr/>
      </w:pPr>
      <w:r w:rsidR="0C6BBAA0">
        <w:rPr/>
        <w:t>PSI-4 (Parenting Stress Index)</w:t>
      </w:r>
    </w:p>
    <w:p w:rsidR="1278D04F" w:rsidP="5B4C0377" w:rsidRDefault="1278D04F" w14:paraId="692082DF" w14:textId="6536A9B2">
      <w:pPr>
        <w:pStyle w:val="ListBullet"/>
        <w:rPr/>
      </w:pPr>
      <w:r w:rsidR="1278D04F">
        <w:rPr/>
        <w:t xml:space="preserve">Goal Based Outcomes </w:t>
      </w:r>
    </w:p>
    <w:p w:rsidR="004B1F3E" w:rsidRDefault="00C15104" w14:paraId="5AE2AAE4" w14:textId="77777777">
      <w:pPr>
        <w:pStyle w:val="Heading2"/>
      </w:pPr>
      <w:r>
        <w:t>Therapeutic Interventions</w:t>
      </w:r>
    </w:p>
    <w:p w:rsidR="004B1F3E" w:rsidRDefault="00C15104" w14:paraId="44C2E503" w14:textId="77777777">
      <w:pPr>
        <w:pStyle w:val="ListBullet"/>
      </w:pPr>
      <w:r>
        <w:t>Play Therapy</w:t>
      </w:r>
    </w:p>
    <w:p w:rsidR="004B1F3E" w:rsidRDefault="00C15104" w14:paraId="03D88B6C" w14:textId="77777777">
      <w:pPr>
        <w:pStyle w:val="ListBullet"/>
      </w:pPr>
      <w:r>
        <w:t>Filial Therapy</w:t>
      </w:r>
    </w:p>
    <w:p w:rsidR="004B1F3E" w:rsidRDefault="00C15104" w14:paraId="25694DDB" w14:textId="77777777">
      <w:pPr>
        <w:pStyle w:val="ListBullet"/>
      </w:pPr>
      <w:proofErr w:type="spellStart"/>
      <w:r>
        <w:t>Theraplay</w:t>
      </w:r>
      <w:proofErr w:type="spellEnd"/>
    </w:p>
    <w:p w:rsidR="004B1F3E" w:rsidRDefault="00C15104" w14:paraId="53DC970F" w14:textId="77777777">
      <w:pPr>
        <w:pStyle w:val="ListBullet"/>
        <w:rPr/>
      </w:pPr>
      <w:r w:rsidR="0C6BBAA0">
        <w:rPr/>
        <w:t>Art Psychotherapy</w:t>
      </w:r>
    </w:p>
    <w:p w:rsidR="497AC592" w:rsidP="5B4C0377" w:rsidRDefault="497AC592" w14:paraId="25AAE813" w14:textId="01713A8A">
      <w:pPr>
        <w:pStyle w:val="ListBullet"/>
        <w:rPr/>
      </w:pPr>
      <w:r w:rsidR="497AC592">
        <w:rPr/>
        <w:t>Dramatherapy</w:t>
      </w:r>
    </w:p>
    <w:p w:rsidR="497AC592" w:rsidP="5B4C0377" w:rsidRDefault="497AC592" w14:paraId="41749F3F" w14:textId="167840B5">
      <w:pPr>
        <w:pStyle w:val="ListBullet"/>
        <w:rPr/>
      </w:pPr>
      <w:r w:rsidR="497AC592">
        <w:rPr/>
        <w:t xml:space="preserve">Music Therapy </w:t>
      </w:r>
    </w:p>
    <w:p w:rsidR="004B1F3E" w:rsidRDefault="00C15104" w14:paraId="509C05BF" w14:textId="77777777">
      <w:pPr>
        <w:pStyle w:val="ListBullet"/>
      </w:pPr>
      <w:r>
        <w:t>EMDR</w:t>
      </w:r>
    </w:p>
    <w:p w:rsidR="004B1F3E" w:rsidRDefault="00C15104" w14:paraId="0C954E6D" w14:textId="77777777">
      <w:pPr>
        <w:pStyle w:val="ListBullet"/>
      </w:pPr>
      <w:r>
        <w:t>Dyadic Developmental Psychotherapy (DDP)</w:t>
      </w:r>
    </w:p>
    <w:p w:rsidR="004B1F3E" w:rsidRDefault="00C15104" w14:paraId="56EE5D80" w14:textId="77777777">
      <w:pPr>
        <w:pStyle w:val="ListBullet"/>
      </w:pPr>
      <w:r>
        <w:t>Non-Violent Resistance (NVR)</w:t>
      </w:r>
    </w:p>
    <w:p w:rsidR="004B1F3E" w:rsidRDefault="00C15104" w14:paraId="1185D04B" w14:textId="77777777">
      <w:pPr>
        <w:pStyle w:val="ListBullet"/>
      </w:pPr>
      <w:r>
        <w:t>Sensory Attachment-informed therapy</w:t>
      </w:r>
    </w:p>
    <w:p w:rsidR="004B1F3E" w:rsidRDefault="00C15104" w14:paraId="55948A16" w14:textId="77777777">
      <w:pPr>
        <w:pStyle w:val="ListBullet"/>
      </w:pPr>
      <w:r>
        <w:t>Therapeutic Parenting support</w:t>
      </w:r>
    </w:p>
    <w:p w:rsidR="004B1F3E" w:rsidRDefault="00C15104" w14:paraId="3E825AB7" w14:textId="77777777">
      <w:pPr>
        <w:pStyle w:val="ListBullet"/>
      </w:pPr>
      <w:r>
        <w:t>Counselling</w:t>
      </w:r>
    </w:p>
    <w:p w:rsidR="004B1F3E" w:rsidRDefault="00C15104" w14:paraId="29DEE776" w14:textId="77777777">
      <w:pPr>
        <w:pStyle w:val="ListBullet"/>
      </w:pPr>
      <w:r>
        <w:t>Animal-Assisted Play Therapy</w:t>
      </w:r>
    </w:p>
    <w:p w:rsidR="004B1F3E" w:rsidRDefault="00C15104" w14:paraId="6762708F" w14:textId="77777777">
      <w:pPr>
        <w:pStyle w:val="ListBullet"/>
      </w:pPr>
      <w:proofErr w:type="spellStart"/>
      <w:r>
        <w:t>SandStory</w:t>
      </w:r>
      <w:proofErr w:type="spellEnd"/>
      <w:r>
        <w:t xml:space="preserve"> Therapy</w:t>
      </w:r>
    </w:p>
    <w:p w:rsidR="004B1F3E" w:rsidRDefault="00C15104" w14:paraId="4684FDDB" w14:textId="77777777">
      <w:pPr>
        <w:pStyle w:val="ListBullet"/>
      </w:pPr>
      <w:r>
        <w:t>Therapeutic Life Story Work</w:t>
      </w:r>
    </w:p>
    <w:p w:rsidR="004B1F3E" w:rsidRDefault="00C15104" w14:paraId="770BA794" w14:textId="77777777">
      <w:pPr>
        <w:pStyle w:val="Heading2"/>
      </w:pPr>
      <w:r>
        <w:t>Additional Support</w:t>
      </w:r>
    </w:p>
    <w:p w:rsidR="004B1F3E" w:rsidRDefault="00C15104" w14:paraId="1528BD9F" w14:textId="77777777">
      <w:pPr>
        <w:pStyle w:val="ListBullet"/>
      </w:pPr>
      <w:r>
        <w:t>Parental consultation</w:t>
      </w:r>
    </w:p>
    <w:p w:rsidR="004B1F3E" w:rsidRDefault="00C15104" w14:paraId="56FF431E" w14:textId="4F921833">
      <w:pPr>
        <w:pStyle w:val="ListBullet"/>
        <w:rPr/>
      </w:pPr>
      <w:r w:rsidR="0C6BBAA0">
        <w:rPr/>
        <w:t>The OTIS Project (Opportunities Through Inspiring Stories)</w:t>
      </w:r>
      <w:r w:rsidR="73265F77">
        <w:rPr/>
        <w:t xml:space="preserve"> - funded through The Great Childhoods Ambition </w:t>
      </w:r>
    </w:p>
    <w:p w:rsidR="004B1F3E" w:rsidRDefault="00C15104" w14:paraId="19BEC53F" w14:textId="14B553DC">
      <w:pPr>
        <w:pStyle w:val="ListBullet"/>
        <w:rPr/>
      </w:pPr>
      <w:r w:rsidR="0C6BBAA0">
        <w:rPr/>
        <w:t>Therapeutic Parenting Groups (Pathways to Positive Parenting)</w:t>
      </w:r>
      <w:r w:rsidR="6672391D">
        <w:rPr/>
        <w:t xml:space="preserve"> - funded through The National Lottery Awards for All</w:t>
      </w:r>
    </w:p>
    <w:p w:rsidR="6672391D" w:rsidP="5B4C0377" w:rsidRDefault="6672391D" w14:paraId="0AFECB67" w14:textId="09D83905">
      <w:pPr>
        <w:pStyle w:val="ListBullet"/>
        <w:rPr/>
      </w:pPr>
      <w:r w:rsidR="6672391D">
        <w:rPr/>
        <w:t>Some funded bridged sessions to support families most in need of continued support, preventing gaps in therapy</w:t>
      </w:r>
    </w:p>
    <w:p w:rsidR="004B1F3E" w:rsidRDefault="00C15104" w14:paraId="46A1B237" w14:textId="0ECD7D9A">
      <w:pPr>
        <w:pStyle w:val="ListBullet"/>
        <w:rPr/>
      </w:pPr>
      <w:r w:rsidR="6CED6F8B">
        <w:rPr/>
        <w:t>CIC</w:t>
      </w:r>
      <w:r w:rsidR="607C78E0">
        <w:rPr/>
        <w:t xml:space="preserve"> &amp; CIO</w:t>
      </w:r>
      <w:r w:rsidR="6CED6F8B">
        <w:rPr/>
        <w:t xml:space="preserve"> community events</w:t>
      </w:r>
    </w:p>
    <w:p w:rsidR="004B1F3E" w:rsidRDefault="00C15104" w14:paraId="443EC7E4" w14:textId="77777777">
      <w:pPr>
        <w:pStyle w:val="ListBullet"/>
      </w:pPr>
      <w:r>
        <w:t>Professional training, consultation and advice</w:t>
      </w:r>
    </w:p>
    <w:p w:rsidR="004B1F3E" w:rsidRDefault="00C15104" w14:paraId="37873C7D" w14:textId="77777777">
      <w:pPr>
        <w:pStyle w:val="Heading2"/>
      </w:pPr>
      <w:r>
        <w:t>Contact Details</w:t>
      </w:r>
    </w:p>
    <w:p w:rsidR="004B1F3E" w:rsidRDefault="00C15104" w14:paraId="5A2845E6" w14:textId="77777777">
      <w:r>
        <w:t>Website: www.equipttherapy.com</w:t>
      </w:r>
    </w:p>
    <w:p w:rsidR="004B1F3E" w:rsidRDefault="00C15104" w14:paraId="560E7520" w14:textId="77777777">
      <w:r>
        <w:t>Email: equipttherapy@gmail.com</w:t>
      </w:r>
    </w:p>
    <w:p w:rsidR="004B1F3E" w:rsidRDefault="00C15104" w14:paraId="03B02E09" w14:textId="30435C6C">
      <w:r>
        <w:t xml:space="preserve">Registered Manager: </w:t>
      </w:r>
      <w:r w:rsidR="00741216">
        <w:t xml:space="preserve">Sandra Georgeson - </w:t>
      </w:r>
      <w:r>
        <w:t>07742 687261</w:t>
      </w:r>
    </w:p>
    <w:p w:rsidR="004B1F3E" w:rsidRDefault="00C15104" w14:paraId="18E2C7D8" w14:textId="77777777">
      <w:r>
        <w:t xml:space="preserve">Additional contact: </w:t>
      </w:r>
      <w:hyperlink r:id="rId10">
        <w:r w:rsidRPr="40F7BE53">
          <w:rPr>
            <w:rStyle w:val="Hyperlink"/>
          </w:rPr>
          <w:t>sandrageorgeson@equipttherapy.com</w:t>
        </w:r>
      </w:hyperlink>
    </w:p>
    <w:p w:rsidRPr="00741216" w:rsidR="3893D41D" w:rsidRDefault="3893D41D" w14:paraId="68A37686" w14:textId="62330754">
      <w:pPr>
        <w:rPr>
          <w:lang w:val="fr-FR"/>
        </w:rPr>
      </w:pPr>
      <w:proofErr w:type="spellStart"/>
      <w:r w:rsidRPr="00741216">
        <w:rPr>
          <w:lang w:val="fr-FR"/>
        </w:rPr>
        <w:t>Responsible</w:t>
      </w:r>
      <w:proofErr w:type="spellEnd"/>
      <w:r w:rsidRPr="00741216">
        <w:rPr>
          <w:lang w:val="fr-FR"/>
        </w:rPr>
        <w:t xml:space="preserve"> </w:t>
      </w:r>
      <w:proofErr w:type="spellStart"/>
      <w:r w:rsidRPr="00741216">
        <w:rPr>
          <w:lang w:val="fr-FR"/>
        </w:rPr>
        <w:t>Individual</w:t>
      </w:r>
      <w:proofErr w:type="spellEnd"/>
      <w:r w:rsidRPr="00741216">
        <w:rPr>
          <w:lang w:val="fr-FR"/>
        </w:rPr>
        <w:t xml:space="preserve">: Katie Popple </w:t>
      </w:r>
      <w:hyperlink w:history="1" r:id="rId11">
        <w:r w:rsidRPr="00741216" w:rsidR="00741216">
          <w:rPr>
            <w:rStyle w:val="Hyperlink"/>
            <w:lang w:val="fr-FR"/>
          </w:rPr>
          <w:t>katiepopple@equipttherapy.com</w:t>
        </w:r>
      </w:hyperlink>
      <w:r w:rsidRPr="00741216">
        <w:rPr>
          <w:lang w:val="fr-FR"/>
        </w:rPr>
        <w:t xml:space="preserve"> </w:t>
      </w:r>
    </w:p>
    <w:p w:rsidR="004B1F3E" w:rsidRDefault="00C15104" w14:paraId="4F196244" w14:textId="77777777">
      <w:pPr>
        <w:pStyle w:val="Heading1"/>
      </w:pPr>
      <w:r>
        <w:t>7. Management, Staffing, Qualifications and Experience</w:t>
      </w:r>
    </w:p>
    <w:p w:rsidR="004B1F3E" w:rsidRDefault="00C15104" w14:paraId="1BDB9868" w14:textId="77777777">
      <w:r>
        <w:t>The agency is led by a Responsible Individual and Registered Manager and is supported by a multidisciplinary team of qualified therapists and business support staff.</w:t>
      </w:r>
    </w:p>
    <w:p w:rsidR="004B1F3E" w:rsidRDefault="00C15104" w14:paraId="52728F1E" w14:textId="77777777">
      <w:r>
        <w:t>Core roles include:</w:t>
      </w:r>
    </w:p>
    <w:p w:rsidR="004B1F3E" w:rsidRDefault="00C15104" w14:paraId="0FE95ABA" w14:textId="77777777">
      <w:pPr>
        <w:pStyle w:val="ListBullet"/>
      </w:pPr>
      <w:r>
        <w:t>Responsible Individual</w:t>
      </w:r>
    </w:p>
    <w:p w:rsidR="004B1F3E" w:rsidRDefault="00C15104" w14:paraId="064A4978" w14:textId="77777777">
      <w:pPr>
        <w:pStyle w:val="ListBullet"/>
      </w:pPr>
      <w:r>
        <w:t>Registered Manager</w:t>
      </w:r>
    </w:p>
    <w:p w:rsidR="004B1F3E" w:rsidRDefault="00C15104" w14:paraId="6AF14766" w14:textId="77777777">
      <w:pPr>
        <w:pStyle w:val="ListBullet"/>
      </w:pPr>
      <w:r>
        <w:t>Deputy Manager</w:t>
      </w:r>
    </w:p>
    <w:p w:rsidR="004B1F3E" w:rsidRDefault="00C15104" w14:paraId="454D06D8" w14:textId="77777777">
      <w:pPr>
        <w:pStyle w:val="ListBullet"/>
      </w:pPr>
      <w:r>
        <w:t>Business Manager</w:t>
      </w:r>
    </w:p>
    <w:p w:rsidR="004B1F3E" w:rsidRDefault="00C15104" w14:paraId="370C70CC" w14:textId="77777777">
      <w:pPr>
        <w:pStyle w:val="ListBullet"/>
      </w:pPr>
      <w:r>
        <w:t>Administrator</w:t>
      </w:r>
    </w:p>
    <w:p w:rsidR="004B1F3E" w:rsidRDefault="00C15104" w14:paraId="73502443" w14:textId="01CF7FFA">
      <w:pPr>
        <w:pStyle w:val="ListBullet"/>
      </w:pPr>
      <w:r>
        <w:t>Therapeutic support staff and qualified therapists (associate therapists)</w:t>
      </w:r>
    </w:p>
    <w:p w:rsidR="004B1F3E" w:rsidRDefault="00C15104" w14:paraId="648C1C98" w14:textId="77777777">
      <w:pPr>
        <w:pStyle w:val="ListBullet"/>
      </w:pPr>
      <w:r>
        <w:t>Therapy dogs (used within agreed clinical frameworks and risk assessments)</w:t>
      </w:r>
    </w:p>
    <w:p w:rsidR="004B1F3E" w:rsidRDefault="00C15104" w14:paraId="6E31CF9A" w14:textId="77777777">
      <w:pPr>
        <w:pStyle w:val="Heading2"/>
      </w:pPr>
      <w:r>
        <w:t>Senior Leadership</w:t>
      </w:r>
    </w:p>
    <w:tbl>
      <w:tblPr>
        <w:tblStyle w:val="TableGrid"/>
        <w:tblW w:w="9493" w:type="dxa"/>
        <w:tblLook w:val="04A0" w:firstRow="1" w:lastRow="0" w:firstColumn="1" w:lastColumn="0" w:noHBand="0" w:noVBand="1"/>
      </w:tblPr>
      <w:tblGrid>
        <w:gridCol w:w="2772"/>
        <w:gridCol w:w="4427"/>
        <w:gridCol w:w="2294"/>
      </w:tblGrid>
      <w:tr w:rsidR="004B1F3E" w:rsidTr="003B7FCF" w14:paraId="133A5B7E" w14:textId="77777777">
        <w:trPr>
          <w:trHeight w:val="423"/>
        </w:trPr>
        <w:tc>
          <w:tcPr>
            <w:tcW w:w="2772" w:type="dxa"/>
            <w:shd w:val="clear" w:color="auto" w:fill="D9D9D9" w:themeFill="background1" w:themeFillShade="D9"/>
          </w:tcPr>
          <w:p w:rsidRPr="00741216" w:rsidR="004B1F3E" w:rsidRDefault="00C15104" w14:paraId="07F645BA" w14:textId="77777777">
            <w:pPr>
              <w:rPr>
                <w:b/>
                <w:bCs/>
              </w:rPr>
            </w:pPr>
            <w:r w:rsidRPr="00741216">
              <w:rPr>
                <w:b/>
                <w:bCs/>
              </w:rPr>
              <w:t>Name and Role</w:t>
            </w:r>
          </w:p>
        </w:tc>
        <w:tc>
          <w:tcPr>
            <w:tcW w:w="4427" w:type="dxa"/>
            <w:shd w:val="clear" w:color="auto" w:fill="D9D9D9" w:themeFill="background1" w:themeFillShade="D9"/>
          </w:tcPr>
          <w:p w:rsidRPr="00741216" w:rsidR="004B1F3E" w:rsidRDefault="00C15104" w14:paraId="0DDDB0F0" w14:textId="77777777">
            <w:pPr>
              <w:rPr>
                <w:b/>
                <w:bCs/>
              </w:rPr>
            </w:pPr>
            <w:r w:rsidRPr="00741216">
              <w:rPr>
                <w:b/>
                <w:bCs/>
              </w:rPr>
              <w:t>Qualifications</w:t>
            </w:r>
          </w:p>
        </w:tc>
        <w:tc>
          <w:tcPr>
            <w:tcW w:w="2294" w:type="dxa"/>
            <w:shd w:val="clear" w:color="auto" w:fill="D9D9D9" w:themeFill="background1" w:themeFillShade="D9"/>
          </w:tcPr>
          <w:p w:rsidRPr="00741216" w:rsidR="004B1F3E" w:rsidRDefault="00C15104" w14:paraId="0CD99BCA" w14:textId="77777777">
            <w:pPr>
              <w:rPr>
                <w:b/>
                <w:bCs/>
              </w:rPr>
            </w:pPr>
            <w:r w:rsidRPr="00741216">
              <w:rPr>
                <w:b/>
                <w:bCs/>
              </w:rPr>
              <w:t>Experience</w:t>
            </w:r>
          </w:p>
        </w:tc>
      </w:tr>
      <w:tr w:rsidR="004B1F3E" w:rsidTr="003B7FCF" w14:paraId="17EEE7FD" w14:textId="77777777">
        <w:trPr>
          <w:trHeight w:val="1215"/>
        </w:trPr>
        <w:tc>
          <w:tcPr>
            <w:tcW w:w="2772" w:type="dxa"/>
          </w:tcPr>
          <w:p w:rsidR="004B1F3E" w:rsidRDefault="53BD4F78" w14:paraId="40D4B2B6" w14:textId="54C72DEE">
            <w:r w:rsidRPr="40F7BE53">
              <w:rPr>
                <w:b/>
                <w:bCs/>
              </w:rPr>
              <w:t>Katie Popple</w:t>
            </w:r>
            <w:r>
              <w:t xml:space="preserve"> </w:t>
            </w:r>
            <w:r w:rsidR="00C15104">
              <w:t>- Responsible Individual (</w:t>
            </w:r>
            <w:r w:rsidR="518B3A6C">
              <w:t xml:space="preserve">Counsellor / Previous NHS experience) </w:t>
            </w:r>
          </w:p>
        </w:tc>
        <w:tc>
          <w:tcPr>
            <w:tcW w:w="4427" w:type="dxa"/>
          </w:tcPr>
          <w:p w:rsidR="00D200D8" w:rsidP="00180777" w:rsidRDefault="00A708B3" w14:paraId="3AD8C3F6" w14:textId="286392E0">
            <w:r>
              <w:t xml:space="preserve">Designated Safeguarding Lead </w:t>
            </w:r>
            <w:r w:rsidR="00FC0680">
              <w:t xml:space="preserve">Training, </w:t>
            </w:r>
            <w:r w:rsidR="00E76B71">
              <w:t xml:space="preserve">ILM 3 in </w:t>
            </w:r>
            <w:r w:rsidR="00A9676F">
              <w:t xml:space="preserve">Leadership and </w:t>
            </w:r>
            <w:r w:rsidR="00E76B71">
              <w:t>Management, Compassionate Leadership Tra</w:t>
            </w:r>
            <w:r w:rsidR="00180777">
              <w:t xml:space="preserve">ining, </w:t>
            </w:r>
            <w:r>
              <w:t xml:space="preserve">Therapeutic Diploma (SEG) in Person-centered Counselling, </w:t>
            </w:r>
            <w:r w:rsidR="00C7360A">
              <w:t xml:space="preserve">Level 2 &amp; 3 in Counselling Skills, </w:t>
            </w:r>
            <w:r w:rsidR="007C3484">
              <w:t xml:space="preserve">Level 3 in Safeguarding Children, </w:t>
            </w:r>
            <w:r>
              <w:t>Certificate in Children &amp; Young People’s Mental Health</w:t>
            </w:r>
            <w:r w:rsidR="00FC0680">
              <w:t>,</w:t>
            </w:r>
            <w:r w:rsidR="007C3484">
              <w:t xml:space="preserve"> </w:t>
            </w:r>
            <w:r>
              <w:t>Certificate in Understanding A</w:t>
            </w:r>
            <w:r w:rsidR="00DF6A79">
              <w:t xml:space="preserve">dverse </w:t>
            </w:r>
            <w:r>
              <w:t>C</w:t>
            </w:r>
            <w:r w:rsidR="00DF6A79">
              <w:t>hildhood Experiences</w:t>
            </w:r>
            <w:r w:rsidR="00FC0680">
              <w:t xml:space="preserve">, </w:t>
            </w:r>
            <w:r w:rsidR="00F16332">
              <w:t>Certificate</w:t>
            </w:r>
            <w:r w:rsidR="00DF6A79">
              <w:t xml:space="preserve"> in Safeguarding &amp; PREVENT</w:t>
            </w:r>
            <w:r w:rsidR="00F16332">
              <w:t xml:space="preserve">, </w:t>
            </w:r>
            <w:r w:rsidR="007C3484">
              <w:t xml:space="preserve">Certificate in Awareness of Mental Health Problems </w:t>
            </w:r>
            <w:r>
              <w:t xml:space="preserve">Lifestory </w:t>
            </w:r>
            <w:r w:rsidR="009B051E">
              <w:t xml:space="preserve">Work </w:t>
            </w:r>
            <w:r>
              <w:t>Training</w:t>
            </w:r>
            <w:r w:rsidR="00D200D8">
              <w:t xml:space="preserve">, </w:t>
            </w:r>
            <w:r w:rsidR="002D1397">
              <w:t xml:space="preserve">Mental Health First Aider, Suicide </w:t>
            </w:r>
            <w:r w:rsidR="0087032A">
              <w:t>Awareness</w:t>
            </w:r>
            <w:r w:rsidR="002A70B0">
              <w:t xml:space="preserve"> and Prev</w:t>
            </w:r>
            <w:r w:rsidR="00CD7856">
              <w:t>ention Training,</w:t>
            </w:r>
            <w:r w:rsidR="002D1397">
              <w:t xml:space="preserve"> </w:t>
            </w:r>
            <w:proofErr w:type="spellStart"/>
            <w:r w:rsidR="001D29AC">
              <w:t>Fd.Sc</w:t>
            </w:r>
            <w:proofErr w:type="spellEnd"/>
            <w:r w:rsidR="001D29AC">
              <w:t xml:space="preserve"> in Animal Health &amp; Welfare</w:t>
            </w:r>
            <w:r w:rsidR="00180777">
              <w:t>.</w:t>
            </w:r>
          </w:p>
        </w:tc>
        <w:tc>
          <w:tcPr>
            <w:tcW w:w="2294" w:type="dxa"/>
          </w:tcPr>
          <w:p w:rsidR="00FE5184" w:rsidRDefault="00150732" w14:paraId="663C5200" w14:textId="76C19F55">
            <w:r>
              <w:t>16 years in</w:t>
            </w:r>
            <w:r w:rsidR="00151295">
              <w:t xml:space="preserve"> various</w:t>
            </w:r>
            <w:r>
              <w:t xml:space="preserve"> team lead / managerial positions</w:t>
            </w:r>
            <w:r w:rsidR="00380A72">
              <w:t xml:space="preserve">, </w:t>
            </w:r>
            <w:r w:rsidR="003B7FCF">
              <w:t xml:space="preserve">(roles included </w:t>
            </w:r>
            <w:r w:rsidR="00380A72">
              <w:t xml:space="preserve">responsibilities for </w:t>
            </w:r>
            <w:r w:rsidR="00DE5C5F">
              <w:t xml:space="preserve">business support, </w:t>
            </w:r>
            <w:r w:rsidR="00380A72">
              <w:t>H&amp;S compliance</w:t>
            </w:r>
            <w:r w:rsidR="00821A7C">
              <w:t>,</w:t>
            </w:r>
            <w:r w:rsidR="00380A72">
              <w:t xml:space="preserve"> auditing</w:t>
            </w:r>
            <w:r w:rsidR="00821A7C">
              <w:t>,</w:t>
            </w:r>
            <w:r w:rsidR="00380A72">
              <w:t xml:space="preserve"> </w:t>
            </w:r>
            <w:r w:rsidR="00FE5184">
              <w:t>governance</w:t>
            </w:r>
            <w:r w:rsidR="003B7FCF">
              <w:t>)</w:t>
            </w:r>
            <w:r w:rsidR="00FE5184">
              <w:t>.</w:t>
            </w:r>
          </w:p>
          <w:p w:rsidR="00FE5184" w:rsidRDefault="00FE5184" w14:paraId="5818C58B" w14:textId="77777777"/>
          <w:p w:rsidR="004B1F3E" w:rsidRDefault="004154AB" w14:paraId="73C8C513" w14:textId="495F5D9B">
            <w:r>
              <w:t xml:space="preserve">12 years NHS service in both Mental Health </w:t>
            </w:r>
            <w:r w:rsidR="00530AAB">
              <w:t xml:space="preserve">Trusts </w:t>
            </w:r>
            <w:r>
              <w:t xml:space="preserve">&amp; Commissioning </w:t>
            </w:r>
            <w:r w:rsidR="00530AAB">
              <w:t>Groups / Boards.</w:t>
            </w:r>
          </w:p>
          <w:p w:rsidR="00FE5184" w:rsidRDefault="00FE5184" w14:paraId="39A8E13A" w14:textId="77777777"/>
          <w:p w:rsidR="00AE17CD" w:rsidRDefault="00BA724F" w14:paraId="683BD29F" w14:textId="682911E6">
            <w:r>
              <w:t xml:space="preserve">13 </w:t>
            </w:r>
            <w:r w:rsidR="003B7FCF">
              <w:t>years’ experience</w:t>
            </w:r>
            <w:r>
              <w:t xml:space="preserve"> as Director / Trustee </w:t>
            </w:r>
            <w:r w:rsidR="00903594">
              <w:t xml:space="preserve">/ Co-Founder of </w:t>
            </w:r>
            <w:r w:rsidR="00380A72">
              <w:t>a MH Support Se</w:t>
            </w:r>
            <w:r w:rsidR="00903594">
              <w:t>rvice</w:t>
            </w:r>
            <w:r w:rsidR="00380A72">
              <w:t>.</w:t>
            </w:r>
          </w:p>
          <w:p w:rsidR="00FE5184" w:rsidRDefault="00FE5184" w14:paraId="4722AE20" w14:textId="77777777"/>
          <w:p w:rsidR="00FE5184" w:rsidRDefault="00FE5184" w14:paraId="5606B248" w14:textId="0B269EF9">
            <w:r>
              <w:t>Newly Qualified Counsellor.</w:t>
            </w:r>
          </w:p>
          <w:p w:rsidR="00AE17CD" w:rsidRDefault="00AE17CD" w14:paraId="28E29806" w14:textId="38B0695A"/>
        </w:tc>
      </w:tr>
      <w:tr w:rsidR="004B1F3E" w:rsidTr="003B7FCF" w14:paraId="40E2C4D1" w14:textId="77777777">
        <w:trPr>
          <w:trHeight w:val="1470"/>
        </w:trPr>
        <w:tc>
          <w:tcPr>
            <w:tcW w:w="2772" w:type="dxa"/>
          </w:tcPr>
          <w:p w:rsidR="004B1F3E" w:rsidRDefault="00C15104" w14:paraId="4346852A" w14:textId="581631EA">
            <w:r w:rsidRPr="00FF3756">
              <w:rPr>
                <w:b/>
                <w:bCs/>
              </w:rPr>
              <w:t>Sandra Georgeson</w:t>
            </w:r>
            <w:r>
              <w:t xml:space="preserve"> - Registered Manager</w:t>
            </w:r>
            <w:r w:rsidR="00FF3756">
              <w:t xml:space="preserve"> / Safeguard Lead</w:t>
            </w:r>
            <w:r>
              <w:t xml:space="preserve"> (Play and Filial Therapist; Attachment Assessor)</w:t>
            </w:r>
          </w:p>
        </w:tc>
        <w:tc>
          <w:tcPr>
            <w:tcW w:w="4427" w:type="dxa"/>
          </w:tcPr>
          <w:p w:rsidR="004B1F3E" w:rsidRDefault="00C15104" w14:paraId="036F7534" w14:textId="77777777">
            <w:r>
              <w:t xml:space="preserve">Postgraduate Diploma Play Therapy; Intensive Filial Therapy; BSc (Hons) Psychology; NVQ Level 5 Leadership and Management; CAPA reliable coder; MIM; </w:t>
            </w:r>
            <w:proofErr w:type="spellStart"/>
            <w:r>
              <w:t>MoTC</w:t>
            </w:r>
            <w:proofErr w:type="spellEnd"/>
            <w:r>
              <w:t xml:space="preserve">; ASI; Animal-Assisted Play Therapy; </w:t>
            </w:r>
            <w:proofErr w:type="spellStart"/>
            <w:r>
              <w:t>SandStory</w:t>
            </w:r>
            <w:proofErr w:type="spellEnd"/>
            <w:r>
              <w:t xml:space="preserve"> Therapy</w:t>
            </w:r>
          </w:p>
        </w:tc>
        <w:tc>
          <w:tcPr>
            <w:tcW w:w="2294" w:type="dxa"/>
          </w:tcPr>
          <w:p w:rsidR="004B1F3E" w:rsidRDefault="00C15104" w14:paraId="65EFF04E" w14:textId="77777777">
            <w:r>
              <w:t>14 years post-qualified as a therapist; 28 years working with children and families</w:t>
            </w:r>
          </w:p>
        </w:tc>
      </w:tr>
    </w:tbl>
    <w:p w:rsidR="004B1F3E" w:rsidRDefault="00C15104" w14:paraId="56A54FA7" w14:textId="77777777">
      <w:r>
        <w:t>All therapists are appropriately qualified and, where applicable, registered with relevant professional bodies. Staff and associate therapists receive clinical supervision and participate in ongoing continuing professional development (CPD).</w:t>
      </w:r>
    </w:p>
    <w:p w:rsidR="00A84E57" w:rsidP="00A84E57" w:rsidRDefault="00FF3756" w14:paraId="7773A417" w14:textId="347572F9">
      <w:pPr>
        <w:pStyle w:val="Heading2"/>
      </w:pPr>
      <w:r>
        <w:t>Other Team Members</w:t>
      </w:r>
    </w:p>
    <w:tbl>
      <w:tblPr>
        <w:tblW w:w="0" w:type="auto"/>
        <w:tblInd w:w="110" w:type="dxa"/>
        <w:tblBorders>
          <w:top w:val="single" w:color="BCD5ED" w:sz="4" w:space="0"/>
          <w:left w:val="single" w:color="BCD5ED" w:sz="4" w:space="0"/>
          <w:bottom w:val="single" w:color="BCD5ED" w:sz="4" w:space="0"/>
          <w:right w:val="single" w:color="BCD5ED" w:sz="4" w:space="0"/>
          <w:insideH w:val="single" w:color="BCD5ED" w:sz="4" w:space="0"/>
          <w:insideV w:val="single" w:color="BCD5ED" w:sz="4" w:space="0"/>
        </w:tblBorders>
        <w:tblLayout w:type="fixed"/>
        <w:tblCellMar>
          <w:left w:w="0" w:type="dxa"/>
          <w:right w:w="0" w:type="dxa"/>
        </w:tblCellMar>
        <w:tblLook w:val="01E0" w:firstRow="1" w:lastRow="1" w:firstColumn="1" w:lastColumn="1" w:noHBand="0" w:noVBand="0"/>
      </w:tblPr>
      <w:tblGrid>
        <w:gridCol w:w="3005"/>
        <w:gridCol w:w="3005"/>
        <w:gridCol w:w="3008"/>
      </w:tblGrid>
      <w:tr w:rsidR="00A84E57" w:rsidTr="64EF38D0" w14:paraId="68D2579F" w14:textId="77777777">
        <w:trPr>
          <w:trHeight w:val="690"/>
        </w:trPr>
        <w:tc>
          <w:tcPr>
            <w:tcW w:w="3005" w:type="dxa"/>
            <w:tcMar/>
          </w:tcPr>
          <w:p w:rsidR="00A84E57" w:rsidP="00265589" w:rsidRDefault="00A84E57" w14:paraId="62E43DAE" w14:textId="77777777">
            <w:pPr>
              <w:pStyle w:val="TableParagraph"/>
              <w:spacing w:line="268" w:lineRule="exact"/>
              <w:ind w:left="107"/>
              <w:rPr>
                <w:b/>
                <w:bCs/>
              </w:rPr>
            </w:pPr>
            <w:r w:rsidRPr="78622FB9">
              <w:rPr>
                <w:b/>
                <w:bCs/>
              </w:rPr>
              <w:t xml:space="preserve">       Janine Brullo</w:t>
            </w:r>
          </w:p>
          <w:p w:rsidR="00A84E57" w:rsidP="00265589" w:rsidRDefault="00A84E57" w14:paraId="691F35BE" w14:textId="77777777">
            <w:pPr>
              <w:pStyle w:val="TableParagraph"/>
              <w:spacing w:line="268" w:lineRule="exact"/>
              <w:ind w:left="107"/>
              <w:rPr>
                <w:b/>
                <w:bCs/>
              </w:rPr>
            </w:pPr>
            <w:r w:rsidRPr="78622FB9">
              <w:rPr>
                <w:b/>
                <w:bCs/>
              </w:rPr>
              <w:t xml:space="preserve">       </w:t>
            </w:r>
            <w:r>
              <w:t xml:space="preserve">Business Manager </w:t>
            </w:r>
          </w:p>
        </w:tc>
        <w:tc>
          <w:tcPr>
            <w:tcW w:w="3005" w:type="dxa"/>
            <w:tcMar/>
          </w:tcPr>
          <w:p w:rsidR="00A84E57" w:rsidP="00265589" w:rsidRDefault="384BF09D" w14:paraId="6D5DABB0" w14:textId="0B39EF7A">
            <w:pPr>
              <w:pStyle w:val="TableParagraph"/>
              <w:tabs>
                <w:tab w:val="left" w:pos="828"/>
              </w:tabs>
              <w:spacing w:before="1" w:line="237" w:lineRule="auto"/>
              <w:ind w:left="0" w:right="829" w:firstLine="0"/>
            </w:pPr>
            <w:r w:rsidR="1B74C80E">
              <w:rPr/>
              <w:t xml:space="preserve">AAT Level 2 </w:t>
            </w:r>
            <w:r w:rsidR="1B74C80E">
              <w:rPr/>
              <w:t>Book keeping</w:t>
            </w:r>
            <w:r w:rsidR="1B74C80E">
              <w:rPr/>
              <w:t xml:space="preserve"> &amp; Accounts</w:t>
            </w:r>
            <w:r w:rsidR="789DC5CD">
              <w:rPr/>
              <w:t xml:space="preserve">, HR training </w:t>
            </w:r>
          </w:p>
        </w:tc>
        <w:tc>
          <w:tcPr>
            <w:tcW w:w="3008" w:type="dxa"/>
            <w:tcMar/>
          </w:tcPr>
          <w:p w:rsidR="00A84E57" w:rsidP="5B4C0377" w:rsidRDefault="00A84E57" w14:paraId="3D906DD5" w14:textId="77777777">
            <w:pPr>
              <w:pStyle w:val="TableParagraph"/>
              <w:ind w:left="0" w:firstLine="0"/>
              <w:rPr>
                <w:rFonts w:ascii="Calibri" w:hAnsi="Calibri" w:eastAsia="Calibri" w:cs="Calibri" w:asciiTheme="majorAscii" w:hAnsiTheme="majorAscii" w:eastAsiaTheme="majorAscii" w:cstheme="majorAscii"/>
              </w:rPr>
            </w:pPr>
            <w:r w:rsidRPr="5B4C0377" w:rsidR="08B60219">
              <w:rPr>
                <w:rFonts w:ascii="Calibri" w:hAnsi="Calibri" w:eastAsia="Calibri" w:cs="Calibri" w:asciiTheme="majorAscii" w:hAnsiTheme="majorAscii" w:eastAsiaTheme="majorAscii" w:cstheme="majorAscii"/>
              </w:rPr>
              <w:t xml:space="preserve">Responsible for financial matters, HR, contracts  </w:t>
            </w:r>
          </w:p>
        </w:tc>
      </w:tr>
      <w:tr w:rsidR="00A84E57" w:rsidTr="64EF38D0" w14:paraId="03C32587" w14:textId="77777777">
        <w:trPr>
          <w:trHeight w:val="4883"/>
        </w:trPr>
        <w:tc>
          <w:tcPr>
            <w:tcW w:w="3005" w:type="dxa"/>
            <w:tcMar/>
          </w:tcPr>
          <w:p w:rsidR="00A84E57" w:rsidP="00741216" w:rsidRDefault="00D97451" w14:paraId="68786765" w14:textId="6A76DDC3">
            <w:pPr>
              <w:pStyle w:val="TableParagraph"/>
              <w:spacing w:before="2" w:line="237" w:lineRule="auto"/>
              <w:ind w:left="0" w:firstLine="0"/>
              <w:rPr>
                <w:b/>
                <w:bCs/>
              </w:rPr>
            </w:pPr>
            <w:r>
              <w:rPr>
                <w:b/>
                <w:bCs/>
              </w:rPr>
              <w:t xml:space="preserve"> </w:t>
            </w:r>
            <w:r w:rsidRPr="78622FB9" w:rsidR="00A84E57">
              <w:rPr>
                <w:b/>
                <w:bCs/>
              </w:rPr>
              <w:t>Esther Maunder</w:t>
            </w:r>
          </w:p>
          <w:p w:rsidR="00A84E57" w:rsidP="00265589" w:rsidRDefault="00D97451" w14:paraId="6E237876" w14:textId="78971A54">
            <w:pPr>
              <w:pStyle w:val="TableParagraph"/>
              <w:spacing w:before="2" w:line="237" w:lineRule="auto"/>
              <w:ind w:left="0" w:firstLine="0"/>
              <w:rPr>
                <w:b/>
                <w:bCs/>
              </w:rPr>
            </w:pPr>
            <w:r>
              <w:t xml:space="preserve"> </w:t>
            </w:r>
            <w:r w:rsidR="00A84E57">
              <w:t xml:space="preserve">Deputy Manager </w:t>
            </w:r>
            <w:r w:rsidR="00FF3756">
              <w:t xml:space="preserve">/ Deputy </w:t>
            </w:r>
            <w:r w:rsidR="0B08AFAC">
              <w:t xml:space="preserve">  </w:t>
            </w:r>
            <w:r>
              <w:t xml:space="preserve">   </w:t>
            </w:r>
            <w:r w:rsidR="00FF3756">
              <w:t xml:space="preserve">Safeguard Lead </w:t>
            </w:r>
          </w:p>
          <w:p w:rsidR="00A84E57" w:rsidP="00265589" w:rsidRDefault="00D97451" w14:paraId="61D140D9" w14:textId="22A715BD">
            <w:pPr>
              <w:pStyle w:val="TableParagraph"/>
              <w:spacing w:before="2" w:line="237" w:lineRule="auto"/>
              <w:ind w:left="0" w:firstLine="0"/>
            </w:pPr>
            <w:r>
              <w:t xml:space="preserve"> </w:t>
            </w:r>
            <w:proofErr w:type="spellStart"/>
            <w:r w:rsidR="00A84E57">
              <w:t>Theraplay</w:t>
            </w:r>
            <w:proofErr w:type="spellEnd"/>
            <w:r w:rsidR="00A84E57">
              <w:t xml:space="preserve"> Therapist /        </w:t>
            </w:r>
            <w:r w:rsidR="00FF3756">
              <w:t xml:space="preserve">   </w:t>
            </w:r>
            <w:r>
              <w:t xml:space="preserve">     </w:t>
            </w:r>
            <w:r w:rsidR="00A84E57">
              <w:t xml:space="preserve">Psychotherapist </w:t>
            </w:r>
          </w:p>
        </w:tc>
        <w:tc>
          <w:tcPr>
            <w:tcW w:w="3005" w:type="dxa"/>
            <w:tcMar/>
          </w:tcPr>
          <w:p w:rsidR="00A84E57" w:rsidP="00265589" w:rsidRDefault="12294D54" w14:paraId="33B1B9F2" w14:textId="5840B6F4">
            <w:pPr>
              <w:pStyle w:val="TableParagraph"/>
              <w:numPr>
                <w:ilvl w:val="0"/>
                <w:numId w:val="17"/>
              </w:numPr>
              <w:tabs>
                <w:tab w:val="left" w:pos="828"/>
              </w:tabs>
              <w:spacing w:line="261" w:lineRule="exact"/>
            </w:pPr>
            <w:r>
              <w:t xml:space="preserve">Certified </w:t>
            </w:r>
            <w:proofErr w:type="spellStart"/>
            <w:r w:rsidR="07D94FFA">
              <w:t>Theraplay</w:t>
            </w:r>
            <w:proofErr w:type="spellEnd"/>
            <w:r w:rsidR="07D94FFA">
              <w:t xml:space="preserve"> Therapist </w:t>
            </w:r>
          </w:p>
          <w:p w:rsidR="00A84E57" w:rsidP="00265589" w:rsidRDefault="2EE1C0FF" w14:paraId="44374F15" w14:textId="3CC7589B">
            <w:pPr>
              <w:pStyle w:val="TableParagraph"/>
              <w:numPr>
                <w:ilvl w:val="0"/>
                <w:numId w:val="17"/>
              </w:numPr>
              <w:tabs>
                <w:tab w:val="left" w:pos="828"/>
              </w:tabs>
              <w:spacing w:line="261" w:lineRule="exact"/>
            </w:pPr>
            <w:r>
              <w:t xml:space="preserve">Interpersonal </w:t>
            </w:r>
            <w:r w:rsidR="07D94FFA">
              <w:t xml:space="preserve">Psychotherapist </w:t>
            </w:r>
          </w:p>
          <w:p w:rsidR="6E1BF173" w:rsidP="03750FC0" w:rsidRDefault="6E1BF173" w14:paraId="19C46BC3" w14:textId="533CDF01">
            <w:pPr>
              <w:pStyle w:val="TableParagraph"/>
              <w:numPr>
                <w:ilvl w:val="0"/>
                <w:numId w:val="17"/>
              </w:numPr>
              <w:tabs>
                <w:tab w:val="left" w:pos="828"/>
              </w:tabs>
              <w:spacing w:line="261" w:lineRule="exact"/>
            </w:pPr>
            <w:r>
              <w:t>Registered social worker (MA)</w:t>
            </w:r>
          </w:p>
          <w:p w:rsidR="4D533461" w:rsidP="03750FC0" w:rsidRDefault="4D533461" w14:paraId="6857BCB1" w14:textId="067C62E1">
            <w:pPr>
              <w:pStyle w:val="TableParagraph"/>
              <w:numPr>
                <w:ilvl w:val="0"/>
                <w:numId w:val="17"/>
              </w:numPr>
              <w:tabs>
                <w:tab w:val="left" w:pos="828"/>
              </w:tabs>
              <w:spacing w:line="261" w:lineRule="exact"/>
            </w:pPr>
            <w:r>
              <w:t>DDP Level 1</w:t>
            </w:r>
          </w:p>
          <w:p w:rsidR="4D533461" w:rsidP="03750FC0" w:rsidRDefault="4D533461" w14:paraId="03BAFF31" w14:textId="7F1B5647">
            <w:pPr>
              <w:pStyle w:val="TableParagraph"/>
              <w:numPr>
                <w:ilvl w:val="0"/>
                <w:numId w:val="17"/>
              </w:numPr>
              <w:tabs>
                <w:tab w:val="left" w:pos="828"/>
              </w:tabs>
              <w:spacing w:line="261" w:lineRule="exact"/>
            </w:pPr>
            <w:r>
              <w:t>DBT Level 4</w:t>
            </w:r>
          </w:p>
          <w:p w:rsidR="4D533461" w:rsidP="03750FC0" w:rsidRDefault="4D533461" w14:paraId="5EE70A23" w14:textId="743ED169">
            <w:pPr>
              <w:pStyle w:val="TableParagraph"/>
              <w:numPr>
                <w:ilvl w:val="0"/>
                <w:numId w:val="17"/>
              </w:numPr>
              <w:tabs>
                <w:tab w:val="left" w:pos="828"/>
              </w:tabs>
              <w:spacing w:line="261" w:lineRule="exact"/>
            </w:pPr>
            <w:r>
              <w:t>Post Graduate Certificate in Family and Systemic Therapy</w:t>
            </w:r>
          </w:p>
          <w:p w:rsidR="00A84E57" w:rsidP="00265589" w:rsidRDefault="07D94FFA" w14:paraId="18E1AE20" w14:textId="6AD3FEFA">
            <w:pPr>
              <w:pStyle w:val="TableParagraph"/>
              <w:numPr>
                <w:ilvl w:val="0"/>
                <w:numId w:val="17"/>
              </w:numPr>
              <w:tabs>
                <w:tab w:val="left" w:pos="828"/>
              </w:tabs>
              <w:spacing w:line="261" w:lineRule="exact"/>
            </w:pPr>
            <w:r>
              <w:t xml:space="preserve">Sensory Attachment </w:t>
            </w:r>
            <w:r w:rsidR="7731E134">
              <w:t xml:space="preserve">and Just Right State </w:t>
            </w:r>
            <w:proofErr w:type="spellStart"/>
            <w:r w:rsidR="7731E134">
              <w:t>Programme</w:t>
            </w:r>
            <w:proofErr w:type="spellEnd"/>
            <w:r w:rsidR="7731E134">
              <w:t xml:space="preserve"> Facilitator </w:t>
            </w:r>
          </w:p>
          <w:p w:rsidR="00A84E57" w:rsidP="00265589" w:rsidRDefault="07D94FFA" w14:paraId="24E1BEC5" w14:textId="325A659A">
            <w:pPr>
              <w:pStyle w:val="TableParagraph"/>
              <w:numPr>
                <w:ilvl w:val="0"/>
                <w:numId w:val="17"/>
              </w:numPr>
              <w:tabs>
                <w:tab w:val="left" w:pos="828"/>
              </w:tabs>
              <w:spacing w:line="261" w:lineRule="exact"/>
            </w:pPr>
            <w:r>
              <w:t xml:space="preserve"> NVR </w:t>
            </w:r>
            <w:r w:rsidR="7C7203E1">
              <w:t>Level 1</w:t>
            </w:r>
          </w:p>
          <w:p w:rsidR="00A84E57" w:rsidP="00265589" w:rsidRDefault="07D94FFA" w14:paraId="03604770" w14:textId="1D0D115E">
            <w:pPr>
              <w:pStyle w:val="TableParagraph"/>
              <w:numPr>
                <w:ilvl w:val="0"/>
                <w:numId w:val="17"/>
              </w:numPr>
              <w:tabs>
                <w:tab w:val="left" w:pos="828"/>
              </w:tabs>
              <w:spacing w:line="261" w:lineRule="exact"/>
            </w:pPr>
            <w:r>
              <w:t>CAPA – Level 1</w:t>
            </w:r>
            <w:r w:rsidR="1AD726FC">
              <w:t xml:space="preserve"> and CAPA administrator </w:t>
            </w:r>
          </w:p>
          <w:p w:rsidR="00A84E57" w:rsidP="00265589" w:rsidRDefault="00A84E57" w14:paraId="1FA14C30" w14:textId="77777777">
            <w:pPr>
              <w:pStyle w:val="TableParagraph"/>
              <w:numPr>
                <w:ilvl w:val="0"/>
                <w:numId w:val="17"/>
              </w:numPr>
              <w:tabs>
                <w:tab w:val="left" w:pos="828"/>
              </w:tabs>
              <w:spacing w:line="261" w:lineRule="exact"/>
            </w:pPr>
            <w:r>
              <w:t xml:space="preserve">Play Therapy skills </w:t>
            </w:r>
          </w:p>
        </w:tc>
        <w:tc>
          <w:tcPr>
            <w:tcW w:w="3008" w:type="dxa"/>
            <w:tcMar/>
          </w:tcPr>
          <w:p w:rsidR="00A84E57" w:rsidP="00265589" w:rsidRDefault="04937227" w14:paraId="09F47F45" w14:textId="6DA4D06E">
            <w:pPr>
              <w:pStyle w:val="TableParagraph"/>
              <w:ind w:left="108" w:firstLine="0"/>
            </w:pPr>
            <w:r>
              <w:t xml:space="preserve">17 years post qualifying experience </w:t>
            </w:r>
          </w:p>
        </w:tc>
      </w:tr>
      <w:tr w:rsidR="00A84E57" w:rsidTr="64EF38D0" w14:paraId="0F4D24BE" w14:textId="77777777">
        <w:trPr>
          <w:trHeight w:val="827"/>
        </w:trPr>
        <w:tc>
          <w:tcPr>
            <w:tcW w:w="3005" w:type="dxa"/>
            <w:tcMar/>
          </w:tcPr>
          <w:p w:rsidR="00A84E57" w:rsidP="00265589" w:rsidRDefault="00A84E57" w14:paraId="70836D01" w14:textId="77777777">
            <w:pPr>
              <w:pStyle w:val="TableParagraph"/>
              <w:ind w:left="107" w:firstLine="0"/>
              <w:rPr>
                <w:b/>
                <w:bCs/>
              </w:rPr>
            </w:pPr>
            <w:r w:rsidRPr="78622FB9">
              <w:rPr>
                <w:b/>
                <w:bCs/>
                <w:spacing w:val="-2"/>
              </w:rPr>
              <w:t xml:space="preserve">Reina Chang </w:t>
            </w:r>
          </w:p>
          <w:p w:rsidR="00A84E57" w:rsidP="00265589" w:rsidRDefault="00A84E57" w14:paraId="7CF9ABB5" w14:textId="77777777">
            <w:pPr>
              <w:pStyle w:val="TableParagraph"/>
              <w:ind w:left="107" w:firstLine="0"/>
            </w:pPr>
            <w:r>
              <w:t xml:space="preserve">Art Psychotherapist </w:t>
            </w:r>
          </w:p>
        </w:tc>
        <w:tc>
          <w:tcPr>
            <w:tcW w:w="3005" w:type="dxa"/>
            <w:tcMar/>
          </w:tcPr>
          <w:p w:rsidR="00A84E57" w:rsidP="00265589" w:rsidRDefault="00A84E57" w14:paraId="113D31C6" w14:textId="77777777">
            <w:pPr>
              <w:pStyle w:val="TableParagraph"/>
              <w:numPr>
                <w:ilvl w:val="0"/>
                <w:numId w:val="16"/>
              </w:numPr>
              <w:tabs>
                <w:tab w:val="left" w:pos="828"/>
              </w:tabs>
              <w:spacing w:line="280" w:lineRule="exact"/>
            </w:pPr>
            <w:r>
              <w:t>MA</w:t>
            </w:r>
            <w:r>
              <w:rPr>
                <w:spacing w:val="-1"/>
              </w:rPr>
              <w:t xml:space="preserve"> </w:t>
            </w:r>
            <w:r>
              <w:t>Art</w:t>
            </w:r>
            <w:r>
              <w:rPr>
                <w:spacing w:val="-2"/>
              </w:rPr>
              <w:t xml:space="preserve"> Psychotherapy</w:t>
            </w:r>
          </w:p>
          <w:p w:rsidR="00A84E57" w:rsidP="00265589" w:rsidRDefault="00A84E57" w14:paraId="73AB2582" w14:textId="77777777">
            <w:pPr>
              <w:pStyle w:val="TableParagraph"/>
              <w:numPr>
                <w:ilvl w:val="0"/>
                <w:numId w:val="16"/>
              </w:numPr>
              <w:tabs>
                <w:tab w:val="left" w:pos="828"/>
              </w:tabs>
              <w:spacing w:line="266" w:lineRule="exact"/>
              <w:ind w:right="223"/>
            </w:pPr>
            <w:r>
              <w:t xml:space="preserve">BSc Psychology </w:t>
            </w:r>
          </w:p>
        </w:tc>
        <w:tc>
          <w:tcPr>
            <w:tcW w:w="3008" w:type="dxa"/>
            <w:tcMar/>
          </w:tcPr>
          <w:p w:rsidR="00A84E57" w:rsidP="00265589" w:rsidRDefault="00A84E57" w14:paraId="07CAEF5B" w14:textId="77777777">
            <w:pPr>
              <w:pStyle w:val="TableParagraph"/>
              <w:ind w:left="108" w:firstLine="0"/>
            </w:pPr>
            <w:r w:rsidRPr="78622FB9">
              <w:rPr>
                <w:b/>
                <w:bCs/>
              </w:rPr>
              <w:t xml:space="preserve">1 year </w:t>
            </w:r>
            <w:r>
              <w:t>post-qualified experience</w:t>
            </w:r>
            <w:r>
              <w:rPr>
                <w:spacing w:val="-13"/>
              </w:rPr>
              <w:t xml:space="preserve"> </w:t>
            </w:r>
            <w:r>
              <w:t>as</w:t>
            </w:r>
            <w:r>
              <w:rPr>
                <w:spacing w:val="-12"/>
              </w:rPr>
              <w:t xml:space="preserve"> </w:t>
            </w:r>
            <w:r>
              <w:t>a</w:t>
            </w:r>
            <w:r>
              <w:rPr>
                <w:spacing w:val="-12"/>
              </w:rPr>
              <w:t xml:space="preserve"> </w:t>
            </w:r>
            <w:r>
              <w:t>therapist</w:t>
            </w:r>
          </w:p>
        </w:tc>
      </w:tr>
      <w:tr w:rsidR="00A84E57" w:rsidTr="64EF38D0" w14:paraId="606CCA0F" w14:textId="77777777">
        <w:trPr>
          <w:trHeight w:val="1377"/>
        </w:trPr>
        <w:tc>
          <w:tcPr>
            <w:tcW w:w="3005" w:type="dxa"/>
            <w:tcMar/>
          </w:tcPr>
          <w:p w:rsidR="00A84E57" w:rsidP="00265589" w:rsidRDefault="00A84E57" w14:paraId="7E0DEE90" w14:textId="77777777">
            <w:pPr>
              <w:pStyle w:val="TableParagraph"/>
              <w:ind w:left="107" w:firstLine="0"/>
              <w:rPr>
                <w:b/>
                <w:bCs/>
              </w:rPr>
            </w:pPr>
            <w:r w:rsidRPr="78622FB9">
              <w:rPr>
                <w:b/>
                <w:bCs/>
                <w:spacing w:val="-2"/>
              </w:rPr>
              <w:t xml:space="preserve">Lucy Connor </w:t>
            </w:r>
          </w:p>
          <w:p w:rsidR="00A84E57" w:rsidP="00265589" w:rsidRDefault="00A84E57" w14:paraId="77860E2F" w14:textId="77777777">
            <w:pPr>
              <w:pStyle w:val="TableParagraph"/>
              <w:ind w:left="107" w:firstLine="0"/>
            </w:pPr>
            <w:proofErr w:type="spellStart"/>
            <w:r>
              <w:t>Dramatherapist</w:t>
            </w:r>
            <w:proofErr w:type="spellEnd"/>
            <w:r>
              <w:t xml:space="preserve"> / EMDR therapist </w:t>
            </w:r>
          </w:p>
        </w:tc>
        <w:tc>
          <w:tcPr>
            <w:tcW w:w="3005" w:type="dxa"/>
            <w:tcMar/>
          </w:tcPr>
          <w:p w:rsidR="00A84E57" w:rsidP="5B4C0377" w:rsidRDefault="00A84E57" w14:textId="77777777" w14:paraId="5D5FF235">
            <w:pPr>
              <w:pStyle w:val="TableParagraph"/>
              <w:numPr>
                <w:ilvl w:val="0"/>
                <w:numId w:val="14"/>
              </w:numPr>
              <w:tabs>
                <w:tab w:val="left" w:pos="828"/>
              </w:tabs>
              <w:spacing w:line="270" w:lineRule="atLeast"/>
              <w:ind w:right="331"/>
              <w:rPr/>
            </w:pPr>
            <w:r w:rsidR="44E90438">
              <w:rPr/>
              <w:t>Certificate in Integrative Sandplay</w:t>
            </w:r>
          </w:p>
          <w:p w:rsidR="00A84E57" w:rsidP="5B4C0377" w:rsidRDefault="00A84E57" w14:paraId="68736DCA" w14:textId="29F33A53">
            <w:pPr>
              <w:pStyle w:val="ListParagraph"/>
              <w:numPr>
                <w:ilvl w:val="0"/>
                <w:numId w:val="14"/>
              </w:numPr>
              <w:spacing w:before="240" w:beforeAutospacing="off" w:after="240" w:afterAutospacing="off" w:line="260" w:lineRule="exact"/>
              <w:ind w:right="0"/>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242424"/>
                <w:sz w:val="24"/>
                <w:szCs w:val="24"/>
                <w:u w:val="none"/>
                <w:lang w:val="en-US"/>
              </w:rPr>
            </w:pPr>
            <w:r w:rsidRPr="5B4C0377" w:rsidR="44E9043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242424"/>
                <w:sz w:val="24"/>
                <w:szCs w:val="24"/>
                <w:u w:val="none"/>
                <w:lang w:val="en-US"/>
              </w:rPr>
              <w:t xml:space="preserve">MA Dramatherapy (University of Derby) </w:t>
            </w:r>
          </w:p>
          <w:p w:rsidR="00A84E57" w:rsidP="5B4C0377" w:rsidRDefault="00A84E57" w14:paraId="56143EAD" w14:textId="2F9C3687">
            <w:pPr>
              <w:pStyle w:val="ListParagraph"/>
              <w:numPr>
                <w:ilvl w:val="0"/>
                <w:numId w:val="14"/>
              </w:numPr>
              <w:spacing w:before="240" w:beforeAutospacing="off" w:after="240" w:afterAutospacing="off" w:line="260" w:lineRule="exact"/>
              <w:ind w:right="0"/>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242424"/>
                <w:sz w:val="24"/>
                <w:szCs w:val="24"/>
                <w:u w:val="none"/>
                <w:lang w:val="en-US"/>
              </w:rPr>
            </w:pPr>
            <w:r w:rsidRPr="5B4C0377" w:rsidR="44E9043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242424"/>
                <w:sz w:val="24"/>
                <w:szCs w:val="24"/>
                <w:u w:val="none"/>
                <w:lang w:val="en-US"/>
              </w:rPr>
              <w:t>EMDR Europe Accredited Standard Training (Mirabilis Health)</w:t>
            </w:r>
          </w:p>
          <w:p w:rsidR="00A84E57" w:rsidP="5B4C0377" w:rsidRDefault="00A84E57" w14:paraId="6407FE72" w14:textId="4EE4A105">
            <w:pPr>
              <w:pStyle w:val="ListParagraph"/>
              <w:numPr>
                <w:ilvl w:val="0"/>
                <w:numId w:val="14"/>
              </w:numPr>
              <w:spacing w:before="240" w:beforeAutospacing="off" w:after="240" w:afterAutospacing="off" w:line="260" w:lineRule="exact"/>
              <w:ind w:right="0"/>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242424"/>
                <w:sz w:val="24"/>
                <w:szCs w:val="24"/>
                <w:u w:val="none"/>
                <w:lang w:val="en-US"/>
              </w:rPr>
            </w:pPr>
            <w:r w:rsidRPr="5B4C0377" w:rsidR="44E9043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242424"/>
                <w:sz w:val="24"/>
                <w:szCs w:val="24"/>
                <w:u w:val="none"/>
                <w:lang w:val="en-US"/>
              </w:rPr>
              <w:t>EMDR Child and Adolescent Training (Level 1- Child Trauma Centre)</w:t>
            </w:r>
          </w:p>
          <w:p w:rsidR="00A84E57" w:rsidP="00265589" w:rsidRDefault="00A84E57" w14:paraId="6CDB1549" w14:textId="5B7FA4D5">
            <w:pPr>
              <w:pStyle w:val="TableParagraph"/>
              <w:tabs>
                <w:tab w:val="left" w:pos="828"/>
              </w:tabs>
              <w:spacing w:line="260" w:lineRule="exact"/>
            </w:pPr>
          </w:p>
        </w:tc>
        <w:tc>
          <w:tcPr>
            <w:tcW w:w="3008" w:type="dxa"/>
            <w:tcMar/>
          </w:tcPr>
          <w:p w:rsidR="00A84E57" w:rsidP="00265589" w:rsidRDefault="00A84E57" w14:paraId="2BCC873C" w14:textId="77777777">
            <w:pPr>
              <w:pStyle w:val="TableParagraph"/>
              <w:ind w:left="108" w:firstLine="0"/>
            </w:pPr>
            <w:r w:rsidRPr="78622FB9">
              <w:rPr>
                <w:b/>
                <w:bCs/>
              </w:rPr>
              <w:t xml:space="preserve">3 years </w:t>
            </w:r>
            <w:r>
              <w:t>post-qualified experience</w:t>
            </w:r>
            <w:r>
              <w:rPr>
                <w:spacing w:val="-13"/>
              </w:rPr>
              <w:t xml:space="preserve"> </w:t>
            </w:r>
            <w:r>
              <w:t>as</w:t>
            </w:r>
            <w:r>
              <w:rPr>
                <w:spacing w:val="-12"/>
              </w:rPr>
              <w:t xml:space="preserve"> </w:t>
            </w:r>
            <w:r>
              <w:t>a</w:t>
            </w:r>
            <w:r>
              <w:rPr>
                <w:spacing w:val="-12"/>
              </w:rPr>
              <w:t xml:space="preserve"> </w:t>
            </w:r>
            <w:r>
              <w:t>therapist</w:t>
            </w:r>
          </w:p>
        </w:tc>
      </w:tr>
      <w:tr w:rsidR="00A84E57" w:rsidTr="64EF38D0" w14:paraId="7EB5475E" w14:textId="77777777">
        <w:trPr>
          <w:trHeight w:val="830"/>
        </w:trPr>
        <w:tc>
          <w:tcPr>
            <w:tcW w:w="3005" w:type="dxa"/>
            <w:tcMar/>
          </w:tcPr>
          <w:p w:rsidR="00A84E57" w:rsidP="00265589" w:rsidRDefault="00A84E57" w14:paraId="4890834E" w14:textId="77777777">
            <w:pPr>
              <w:pStyle w:val="TableParagraph"/>
              <w:spacing w:line="268" w:lineRule="exact"/>
              <w:ind w:left="107" w:firstLine="0"/>
              <w:rPr>
                <w:b/>
                <w:bCs/>
              </w:rPr>
            </w:pPr>
            <w:r w:rsidRPr="78622FB9">
              <w:rPr>
                <w:b/>
                <w:bCs/>
                <w:spacing w:val="-2"/>
              </w:rPr>
              <w:t xml:space="preserve">Ella Bond </w:t>
            </w:r>
          </w:p>
          <w:p w:rsidR="00A84E57" w:rsidP="00265589" w:rsidRDefault="00A84E57" w14:paraId="6B0A29B7" w14:textId="77777777">
            <w:pPr>
              <w:pStyle w:val="TableParagraph"/>
              <w:spacing w:line="268" w:lineRule="exact"/>
              <w:ind w:left="107" w:firstLine="0"/>
            </w:pPr>
            <w:proofErr w:type="spellStart"/>
            <w:r>
              <w:t>Dramatherapist</w:t>
            </w:r>
            <w:proofErr w:type="spellEnd"/>
            <w:r>
              <w:t xml:space="preserve"> </w:t>
            </w:r>
          </w:p>
        </w:tc>
        <w:tc>
          <w:tcPr>
            <w:tcW w:w="3005" w:type="dxa"/>
            <w:tcMar/>
          </w:tcPr>
          <w:p w:rsidR="00A84E57" w:rsidP="14A8F220" w:rsidRDefault="6B094A8A" w14:paraId="7FEF3E46" w14:textId="102D655E">
            <w:pPr>
              <w:pStyle w:val="TableParagraph"/>
              <w:numPr>
                <w:ilvl w:val="0"/>
                <w:numId w:val="3"/>
              </w:numPr>
              <w:tabs>
                <w:tab w:val="left" w:pos="828"/>
              </w:tabs>
              <w:spacing w:line="270" w:lineRule="atLeast"/>
              <w:ind w:right="563"/>
            </w:pPr>
            <w:r>
              <w:t>MA Dramatherapy</w:t>
            </w:r>
          </w:p>
        </w:tc>
        <w:tc>
          <w:tcPr>
            <w:tcW w:w="3008" w:type="dxa"/>
            <w:tcMar/>
          </w:tcPr>
          <w:p w:rsidR="00A84E57" w:rsidP="00265589" w:rsidRDefault="00A84E57" w14:paraId="1834F9BF" w14:textId="77777777">
            <w:pPr>
              <w:pStyle w:val="TableParagraph"/>
              <w:spacing w:before="1" w:line="268" w:lineRule="exact"/>
              <w:ind w:left="108" w:firstLine="0"/>
            </w:pPr>
            <w:r w:rsidRPr="78622FB9">
              <w:rPr>
                <w:b/>
                <w:bCs/>
              </w:rPr>
              <w:t xml:space="preserve">1 year </w:t>
            </w:r>
            <w:r>
              <w:t>post-qualified</w:t>
            </w:r>
          </w:p>
          <w:p w:rsidR="00A84E57" w:rsidP="00265589" w:rsidRDefault="00A84E57" w14:paraId="435DC0AB" w14:textId="77777777">
            <w:pPr>
              <w:pStyle w:val="TableParagraph"/>
              <w:spacing w:before="1"/>
              <w:ind w:left="108" w:firstLine="0"/>
            </w:pPr>
          </w:p>
        </w:tc>
      </w:tr>
      <w:tr w:rsidR="00A84E57" w:rsidTr="64EF38D0" w14:paraId="058ECFC1" w14:textId="77777777">
        <w:trPr>
          <w:trHeight w:val="1050"/>
        </w:trPr>
        <w:tc>
          <w:tcPr>
            <w:tcW w:w="3005" w:type="dxa"/>
            <w:tcMar/>
          </w:tcPr>
          <w:p w:rsidR="00A84E57" w:rsidP="00265589" w:rsidRDefault="00A84E57" w14:paraId="0B7FECE5" w14:textId="77777777">
            <w:pPr>
              <w:pStyle w:val="TableParagraph"/>
              <w:spacing w:line="249" w:lineRule="exact"/>
              <w:ind w:left="107" w:firstLine="0"/>
              <w:rPr>
                <w:b/>
                <w:bCs/>
              </w:rPr>
            </w:pPr>
            <w:r w:rsidRPr="78622FB9">
              <w:rPr>
                <w:b/>
                <w:bCs/>
                <w:spacing w:val="-2"/>
              </w:rPr>
              <w:t xml:space="preserve">Tyler Shield </w:t>
            </w:r>
          </w:p>
          <w:p w:rsidR="00A84E57" w:rsidP="00265589" w:rsidRDefault="00A84E57" w14:paraId="45AFB787" w14:textId="77777777">
            <w:pPr>
              <w:pStyle w:val="TableParagraph"/>
              <w:spacing w:line="249" w:lineRule="exact"/>
              <w:ind w:left="107" w:firstLine="0"/>
            </w:pPr>
            <w:r>
              <w:t xml:space="preserve">Music Therapist </w:t>
            </w:r>
          </w:p>
        </w:tc>
        <w:tc>
          <w:tcPr>
            <w:tcW w:w="3005" w:type="dxa"/>
            <w:tcMar/>
          </w:tcPr>
          <w:p w:rsidR="00A84E57" w:rsidP="4479CEE1" w:rsidRDefault="6D444BEA" w14:paraId="6007E859" w14:textId="14EBFA85">
            <w:pPr>
              <w:pStyle w:val="TableParagraph"/>
              <w:numPr>
                <w:ilvl w:val="0"/>
                <w:numId w:val="1"/>
              </w:numPr>
              <w:tabs>
                <w:tab w:val="left" w:pos="828"/>
              </w:tabs>
              <w:spacing w:line="280" w:lineRule="exact"/>
            </w:pPr>
            <w:r>
              <w:t>MA Music Therapy</w:t>
            </w:r>
          </w:p>
          <w:p w:rsidR="00A84E57" w:rsidP="4479CEE1" w:rsidRDefault="6D444BEA" w14:paraId="01208193" w14:textId="31407A59">
            <w:pPr>
              <w:pStyle w:val="TableParagraph"/>
              <w:numPr>
                <w:ilvl w:val="0"/>
                <w:numId w:val="1"/>
              </w:numPr>
              <w:tabs>
                <w:tab w:val="left" w:pos="828"/>
              </w:tabs>
              <w:spacing w:line="280" w:lineRule="exact"/>
            </w:pPr>
            <w:r>
              <w:t>BA Hons Music Production</w:t>
            </w:r>
          </w:p>
        </w:tc>
        <w:tc>
          <w:tcPr>
            <w:tcW w:w="3008" w:type="dxa"/>
            <w:tcMar/>
          </w:tcPr>
          <w:p w:rsidR="00A84E57" w:rsidP="00265589" w:rsidRDefault="00A84E57" w14:paraId="57179B79" w14:textId="659F4A4B">
            <w:pPr>
              <w:pStyle w:val="TableParagraph"/>
              <w:spacing w:line="268" w:lineRule="exact"/>
              <w:ind w:left="108" w:firstLine="0"/>
            </w:pPr>
            <w:r w:rsidRPr="5B4C0377" w:rsidR="55921E38">
              <w:rPr>
                <w:b w:val="1"/>
                <w:bCs w:val="1"/>
              </w:rPr>
              <w:t xml:space="preserve">2 </w:t>
            </w:r>
            <w:r w:rsidRPr="5B4C0377" w:rsidR="08B60219">
              <w:rPr>
                <w:b w:val="1"/>
                <w:bCs w:val="1"/>
              </w:rPr>
              <w:t>year</w:t>
            </w:r>
            <w:r w:rsidRPr="5B4C0377" w:rsidR="08B60219">
              <w:rPr>
                <w:b w:val="1"/>
                <w:bCs w:val="1"/>
                <w:spacing w:val="-3"/>
              </w:rPr>
              <w:t xml:space="preserve"> </w:t>
            </w:r>
            <w:r w:rsidR="08B60219">
              <w:rPr/>
              <w:t>post-</w:t>
            </w:r>
            <w:r w:rsidR="08B60219">
              <w:rPr>
                <w:spacing w:val="-2"/>
              </w:rPr>
              <w:t>qualified</w:t>
            </w:r>
          </w:p>
          <w:p w:rsidR="00A84E57" w:rsidP="00265589" w:rsidRDefault="00A84E57" w14:paraId="3FB45E34" w14:textId="77777777">
            <w:pPr>
              <w:pStyle w:val="TableParagraph"/>
              <w:spacing w:line="249" w:lineRule="exact"/>
              <w:ind w:left="108" w:firstLine="0"/>
            </w:pPr>
            <w:r>
              <w:t>experience</w:t>
            </w:r>
            <w:r>
              <w:rPr>
                <w:spacing w:val="-3"/>
              </w:rPr>
              <w:t xml:space="preserve"> </w:t>
            </w:r>
            <w:r>
              <w:t>as</w:t>
            </w:r>
            <w:r>
              <w:rPr>
                <w:spacing w:val="-4"/>
              </w:rPr>
              <w:t xml:space="preserve"> </w:t>
            </w:r>
            <w:r>
              <w:t>a</w:t>
            </w:r>
            <w:r>
              <w:rPr>
                <w:spacing w:val="-2"/>
              </w:rPr>
              <w:t xml:space="preserve"> therapist</w:t>
            </w:r>
          </w:p>
        </w:tc>
      </w:tr>
      <w:tr w:rsidR="00A84E57" w:rsidTr="64EF38D0" w14:paraId="54D0C598" w14:textId="77777777">
        <w:trPr>
          <w:trHeight w:val="300"/>
        </w:trPr>
        <w:tc>
          <w:tcPr>
            <w:tcW w:w="3005" w:type="dxa"/>
            <w:tcMar/>
          </w:tcPr>
          <w:p w:rsidR="00A84E57" w:rsidP="00265589" w:rsidRDefault="00A84E57" w14:paraId="52C4D0F1" w14:textId="6D895A26">
            <w:pPr>
              <w:pStyle w:val="TableParagraph"/>
              <w:spacing w:line="249" w:lineRule="exact"/>
              <w:ind w:left="0" w:firstLine="0"/>
              <w:rPr>
                <w:b/>
                <w:bCs/>
              </w:rPr>
            </w:pPr>
            <w:r w:rsidRPr="4BBADB7E">
              <w:rPr>
                <w:b/>
                <w:bCs/>
              </w:rPr>
              <w:t xml:space="preserve"> Hope Flower</w:t>
            </w:r>
          </w:p>
          <w:p w:rsidR="00A84E57" w:rsidP="00265589" w:rsidRDefault="00A84E57" w14:paraId="63907F5F" w14:textId="77777777">
            <w:pPr>
              <w:pStyle w:val="TableParagraph"/>
              <w:spacing w:line="249" w:lineRule="exact"/>
              <w:ind w:left="0" w:firstLine="0"/>
            </w:pPr>
            <w:r w:rsidRPr="78622FB9">
              <w:rPr>
                <w:b/>
                <w:bCs/>
              </w:rPr>
              <w:t xml:space="preserve"> </w:t>
            </w:r>
            <w:r>
              <w:t xml:space="preserve">Psychotherapist </w:t>
            </w:r>
          </w:p>
          <w:p w:rsidR="00A84E57" w:rsidP="00265589" w:rsidRDefault="00A84E57" w14:paraId="397346D7" w14:textId="77777777">
            <w:pPr>
              <w:pStyle w:val="TableParagraph"/>
              <w:spacing w:line="249" w:lineRule="exact"/>
              <w:ind w:firstLine="0"/>
              <w:rPr>
                <w:b/>
                <w:bCs/>
              </w:rPr>
            </w:pPr>
          </w:p>
        </w:tc>
        <w:tc>
          <w:tcPr>
            <w:tcW w:w="3005" w:type="dxa"/>
            <w:tcMar/>
          </w:tcPr>
          <w:p w:rsidR="00A84E57" w:rsidP="03750FC0" w:rsidRDefault="1033AB8F" w14:paraId="2AC43B13" w14:textId="64F25BD7">
            <w:pPr>
              <w:pStyle w:val="ListParagraph"/>
              <w:numPr>
                <w:ilvl w:val="0"/>
                <w:numId w:val="2"/>
              </w:numPr>
              <w:spacing w:before="240" w:after="240" w:line="280" w:lineRule="exact"/>
            </w:pPr>
            <w:r w:rsidRPr="03750FC0">
              <w:t xml:space="preserve">Masters (MSc) in Psychotherapy and Counselling </w:t>
            </w:r>
          </w:p>
          <w:p w:rsidR="00A84E57" w:rsidP="03750FC0" w:rsidRDefault="1033AB8F" w14:paraId="004C34A2" w14:textId="517198B8">
            <w:pPr>
              <w:pStyle w:val="ListParagraph"/>
              <w:numPr>
                <w:ilvl w:val="0"/>
                <w:numId w:val="2"/>
              </w:numPr>
              <w:spacing w:before="240" w:after="240" w:line="280" w:lineRule="exact"/>
            </w:pPr>
            <w:r w:rsidRPr="03750FC0">
              <w:t>Certificate In Trauma and the Therapeutic Relationship</w:t>
            </w:r>
          </w:p>
          <w:p w:rsidR="00A84E57" w:rsidP="03750FC0" w:rsidRDefault="3627FA12" w14:paraId="065337C2" w14:textId="3A8E19FD">
            <w:pPr>
              <w:pStyle w:val="ListParagraph"/>
              <w:numPr>
                <w:ilvl w:val="0"/>
                <w:numId w:val="2"/>
              </w:numPr>
              <w:spacing w:before="240" w:after="240" w:line="280" w:lineRule="exact"/>
            </w:pPr>
            <w:r w:rsidRPr="03750FC0">
              <w:t>Somatic Psychotherapy</w:t>
            </w:r>
          </w:p>
          <w:p w:rsidR="00A84E57" w:rsidP="03750FC0" w:rsidRDefault="1033AB8F" w14:paraId="4FF839CA" w14:textId="138F40C6">
            <w:pPr>
              <w:pStyle w:val="ListParagraph"/>
              <w:numPr>
                <w:ilvl w:val="0"/>
                <w:numId w:val="2"/>
              </w:numPr>
              <w:spacing w:before="240" w:after="240" w:line="280" w:lineRule="exact"/>
            </w:pPr>
            <w:r w:rsidRPr="03750FC0">
              <w:t xml:space="preserve">Certificate </w:t>
            </w:r>
            <w:r w:rsidRPr="03750FC0" w:rsidR="3E947F04">
              <w:t>in</w:t>
            </w:r>
            <w:r w:rsidRPr="03750FC0">
              <w:t xml:space="preserve"> EFT </w:t>
            </w:r>
          </w:p>
          <w:p w:rsidR="00A84E57" w:rsidP="03750FC0" w:rsidRDefault="1033AB8F" w14:paraId="6758079E" w14:textId="1D863AAF">
            <w:pPr>
              <w:pStyle w:val="ListParagraph"/>
              <w:numPr>
                <w:ilvl w:val="0"/>
                <w:numId w:val="2"/>
              </w:numPr>
              <w:spacing w:before="240" w:after="240" w:line="280" w:lineRule="exact"/>
            </w:pPr>
            <w:r w:rsidRPr="03750FC0">
              <w:t xml:space="preserve">EMDR Level 1 </w:t>
            </w:r>
          </w:p>
          <w:p w:rsidR="00A84E57" w:rsidP="03750FC0" w:rsidRDefault="7D71B693" w14:paraId="25003405" w14:textId="51895F57">
            <w:pPr>
              <w:pStyle w:val="ListParagraph"/>
              <w:numPr>
                <w:ilvl w:val="0"/>
                <w:numId w:val="2"/>
              </w:numPr>
              <w:spacing w:before="240" w:after="240" w:line="280" w:lineRule="exact"/>
            </w:pPr>
            <w:r w:rsidRPr="03750FC0">
              <w:t>Sand Story Therapy</w:t>
            </w:r>
          </w:p>
          <w:p w:rsidR="00A84E57" w:rsidP="03750FC0" w:rsidRDefault="1033AB8F" w14:paraId="1650D673" w14:textId="205D759F">
            <w:pPr>
              <w:pStyle w:val="ListParagraph"/>
              <w:numPr>
                <w:ilvl w:val="0"/>
                <w:numId w:val="2"/>
              </w:numPr>
              <w:spacing w:before="240" w:after="240" w:line="280" w:lineRule="exact"/>
            </w:pPr>
            <w:r>
              <w:t xml:space="preserve">Play Therapy Skills </w:t>
            </w:r>
          </w:p>
          <w:p w:rsidR="00A84E57" w:rsidP="00265589" w:rsidRDefault="00A84E57" w14:paraId="16716C17" w14:textId="753C9781">
            <w:pPr>
              <w:pStyle w:val="TableParagraph"/>
              <w:spacing w:line="280" w:lineRule="exact"/>
            </w:pPr>
          </w:p>
        </w:tc>
        <w:tc>
          <w:tcPr>
            <w:tcW w:w="3008" w:type="dxa"/>
            <w:tcMar/>
          </w:tcPr>
          <w:p w:rsidR="00A84E57" w:rsidP="00265589" w:rsidRDefault="619C4171" w14:paraId="184C7ADC" w14:textId="55DDA9CA">
            <w:pPr>
              <w:pStyle w:val="TableParagraph"/>
              <w:ind w:left="108" w:firstLine="0"/>
            </w:pPr>
            <w:r w:rsidRPr="03750FC0">
              <w:rPr>
                <w:b/>
                <w:bCs/>
              </w:rPr>
              <w:t xml:space="preserve">10 Years </w:t>
            </w:r>
            <w:r w:rsidR="07D94FFA">
              <w:t>post-qualified experience as a therapist</w:t>
            </w:r>
          </w:p>
          <w:p w:rsidR="00A84E57" w:rsidP="00265589" w:rsidRDefault="00A84E57" w14:paraId="49120EDB" w14:textId="77777777">
            <w:pPr>
              <w:pStyle w:val="TableParagraph"/>
              <w:spacing w:line="268" w:lineRule="exact"/>
              <w:ind w:firstLine="0"/>
              <w:rPr>
                <w:b/>
                <w:bCs/>
              </w:rPr>
            </w:pPr>
          </w:p>
        </w:tc>
      </w:tr>
      <w:tr w:rsidR="00492768" w:rsidTr="64EF38D0" w14:paraId="23296696" w14:textId="77777777">
        <w:trPr>
          <w:trHeight w:val="300"/>
        </w:trPr>
        <w:tc>
          <w:tcPr>
            <w:tcW w:w="3005" w:type="dxa"/>
            <w:tcMar/>
          </w:tcPr>
          <w:p w:rsidRPr="00492768" w:rsidR="00492768" w:rsidP="64EF38D0" w:rsidRDefault="00492768" w14:paraId="5EB61098" w14:textId="780EDB57">
            <w:pPr>
              <w:pStyle w:val="TableParagraph"/>
              <w:spacing w:line="249" w:lineRule="exact"/>
              <w:ind w:left="0" w:firstLine="0"/>
              <w:rPr>
                <w:b w:val="1"/>
                <w:bCs w:val="1"/>
                <w:sz w:val="24"/>
                <w:szCs w:val="24"/>
              </w:rPr>
            </w:pPr>
            <w:r w:rsidRPr="64EF38D0" w:rsidR="6DC7C198">
              <w:rPr>
                <w:b w:val="1"/>
                <w:bCs w:val="1"/>
                <w:sz w:val="24"/>
                <w:szCs w:val="24"/>
              </w:rPr>
              <w:t xml:space="preserve">Katie Wilding </w:t>
            </w:r>
          </w:p>
          <w:p w:rsidRPr="00492768" w:rsidR="00492768" w:rsidP="64EF38D0" w:rsidRDefault="00492768" w14:paraId="4ABFD10E" w14:textId="3C74A1FA">
            <w:pPr>
              <w:pStyle w:val="TableParagraph"/>
              <w:spacing w:line="249" w:lineRule="exact"/>
              <w:ind w:left="0" w:firstLine="0"/>
              <w:rPr>
                <w:b w:val="1"/>
                <w:bCs w:val="1"/>
                <w:sz w:val="24"/>
                <w:szCs w:val="24"/>
              </w:rPr>
            </w:pPr>
            <w:r w:rsidR="5C1D0206">
              <w:rPr/>
              <w:t>Art Psychotherapist</w:t>
            </w:r>
          </w:p>
          <w:p w:rsidRPr="00492768" w:rsidR="00492768" w:rsidP="64EF38D0" w:rsidRDefault="00492768" w14:paraId="0101AEDB" w14:textId="6E4F5CE6">
            <w:pPr>
              <w:pStyle w:val="TableParagraph"/>
              <w:spacing w:line="249" w:lineRule="exact"/>
              <w:ind w:left="0" w:firstLine="0"/>
              <w:rPr>
                <w:b w:val="1"/>
                <w:bCs w:val="1"/>
                <w:sz w:val="24"/>
                <w:szCs w:val="24"/>
              </w:rPr>
            </w:pPr>
          </w:p>
        </w:tc>
        <w:tc>
          <w:tcPr>
            <w:tcW w:w="3005" w:type="dxa"/>
            <w:tcMar/>
          </w:tcPr>
          <w:p w:rsidRPr="03750FC0" w:rsidR="00492768" w:rsidP="64EF38D0" w:rsidRDefault="00492768" w14:paraId="36D85933" w14:textId="6D565054">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pPr>
            <w:r w:rsidRPr="64EF38D0" w:rsidR="05A28384">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MA Art Psychotherapy (Sheffield Hallam University)</w:t>
            </w:r>
          </w:p>
          <w:p w:rsidRPr="03750FC0" w:rsidR="00492768" w:rsidP="64EF38D0" w:rsidRDefault="00492768" w14:paraId="67250067" w14:textId="135E5B72">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pPr>
            <w:r w:rsidRPr="64EF38D0" w:rsidR="05A28384">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Photography for digital media BA (Hons)</w:t>
            </w:r>
          </w:p>
          <w:p w:rsidRPr="03750FC0" w:rsidR="00492768" w:rsidP="64EF38D0" w:rsidRDefault="00492768" w14:paraId="389DAB26" w14:textId="7C04C95F">
            <w:pPr>
              <w:pStyle w:val="ListParagraph"/>
              <w:spacing w:before="240" w:after="240" w:line="280" w:lineRule="exact"/>
              <w:ind w:left="720"/>
            </w:pPr>
          </w:p>
        </w:tc>
        <w:tc>
          <w:tcPr>
            <w:tcW w:w="3008" w:type="dxa"/>
            <w:tcMar/>
          </w:tcPr>
          <w:p w:rsidRPr="03750FC0" w:rsidR="00492768" w:rsidP="64EF38D0" w:rsidRDefault="00492768" w14:paraId="58779084" w14:textId="757B2C5E">
            <w:pPr>
              <w:pStyle w:val="TableParagraph"/>
              <w:spacing w:line="268" w:lineRule="exact"/>
              <w:ind w:left="108" w:firstLine="0"/>
            </w:pPr>
            <w:r w:rsidRPr="64EF38D0" w:rsidR="0381BAE0">
              <w:rPr>
                <w:b w:val="1"/>
                <w:bCs w:val="1"/>
              </w:rPr>
              <w:t xml:space="preserve">1 year </w:t>
            </w:r>
            <w:r w:rsidR="0381BAE0">
              <w:rPr/>
              <w:t>post-qualified</w:t>
            </w:r>
          </w:p>
          <w:p w:rsidRPr="03750FC0" w:rsidR="00492768" w:rsidP="64EF38D0" w:rsidRDefault="00492768" w14:textId="77777777" w14:paraId="0B6D07CB">
            <w:pPr>
              <w:pStyle w:val="TableParagraph"/>
              <w:spacing w:line="249" w:lineRule="exact"/>
              <w:ind w:left="108" w:firstLine="0"/>
            </w:pPr>
            <w:r w:rsidR="0381BAE0">
              <w:rPr/>
              <w:t>experience as a therapist</w:t>
            </w:r>
          </w:p>
          <w:p w:rsidRPr="03750FC0" w:rsidR="00492768" w:rsidP="00265589" w:rsidRDefault="00492768" w14:paraId="13BBB55D" w14:textId="0823F499">
            <w:pPr>
              <w:pStyle w:val="TableParagraph"/>
              <w:ind w:left="108" w:firstLine="0"/>
              <w:rPr>
                <w:b w:val="1"/>
                <w:bCs w:val="1"/>
              </w:rPr>
            </w:pPr>
          </w:p>
        </w:tc>
      </w:tr>
      <w:tr w:rsidR="00C60981" w:rsidTr="64EF38D0" w14:paraId="05095B20" w14:textId="77777777">
        <w:trPr>
          <w:trHeight w:val="300"/>
        </w:trPr>
        <w:tc>
          <w:tcPr>
            <w:tcW w:w="3005" w:type="dxa"/>
            <w:tcMar/>
          </w:tcPr>
          <w:p w:rsidR="00C60981" w:rsidP="00265589" w:rsidRDefault="00C60981" w14:paraId="242B3B51" w14:textId="77777777">
            <w:pPr>
              <w:pStyle w:val="TableParagraph"/>
              <w:spacing w:line="249" w:lineRule="exact"/>
              <w:ind w:left="0" w:firstLine="0"/>
              <w:rPr>
                <w:b/>
                <w:bCs/>
              </w:rPr>
            </w:pPr>
            <w:r>
              <w:rPr>
                <w:b/>
                <w:bCs/>
              </w:rPr>
              <w:t xml:space="preserve"> Michael</w:t>
            </w:r>
            <w:r w:rsidR="0047788F">
              <w:rPr>
                <w:b/>
                <w:bCs/>
              </w:rPr>
              <w:t xml:space="preserve"> Woodward</w:t>
            </w:r>
          </w:p>
          <w:p w:rsidRPr="003C576D" w:rsidR="003C576D" w:rsidP="00265589" w:rsidRDefault="003C576D" w14:paraId="1054A82D" w14:textId="0A5786AD">
            <w:pPr>
              <w:pStyle w:val="TableParagraph"/>
              <w:spacing w:line="249" w:lineRule="exact"/>
              <w:ind w:left="0" w:firstLine="0"/>
            </w:pPr>
            <w:r>
              <w:t xml:space="preserve"> Music Therapist</w:t>
            </w:r>
          </w:p>
        </w:tc>
        <w:tc>
          <w:tcPr>
            <w:tcW w:w="3005" w:type="dxa"/>
            <w:tcMar/>
          </w:tcPr>
          <w:p w:rsidRPr="03750FC0" w:rsidR="00C60981" w:rsidP="5B4C0377" w:rsidRDefault="00C60981" w14:paraId="7DDB5F5E" w14:textId="30598655">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C95F8D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MA Music Therapy</w:t>
            </w:r>
          </w:p>
          <w:p w:rsidRPr="03750FC0" w:rsidR="00C60981" w:rsidP="5B4C0377" w:rsidRDefault="00C60981" w14:paraId="01671C5D" w14:textId="2F5DA39D">
            <w:pPr>
              <w:pStyle w:val="ListParagraph"/>
              <w:numPr>
                <w:ilvl w:val="0"/>
                <w:numId w:val="2"/>
              </w:numPr>
              <w:spacing w:before="240" w:beforeAutospacing="off" w:after="240" w:afterAutospacing="off" w:line="280" w:lineRule="exact"/>
              <w:ind w:right="0"/>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C95F8D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MSc Music Technology </w:t>
            </w:r>
          </w:p>
          <w:p w:rsidRPr="03750FC0" w:rsidR="00C60981" w:rsidP="5B4C0377" w:rsidRDefault="00C60981" w14:paraId="4BFD6EF9" w14:textId="2237DCF3">
            <w:pPr>
              <w:pStyle w:val="ListParagraph"/>
              <w:numPr>
                <w:ilvl w:val="0"/>
                <w:numId w:val="2"/>
              </w:numPr>
              <w:spacing w:before="240" w:beforeAutospacing="off" w:after="240" w:afterAutospacing="off" w:line="280" w:lineRule="exact"/>
              <w:ind w:right="0"/>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C95F8D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BA(Hons) Music</w:t>
            </w:r>
          </w:p>
          <w:p w:rsidRPr="03750FC0" w:rsidR="00C60981" w:rsidP="5B4C0377" w:rsidRDefault="00C60981" w14:paraId="27E453F4" w14:textId="494A04E0">
            <w:pPr>
              <w:pStyle w:val="ListParagraph"/>
              <w:numPr>
                <w:ilvl w:val="0"/>
                <w:numId w:val="2"/>
              </w:numPr>
              <w:spacing w:before="240" w:beforeAutospacing="off" w:after="240" w:afterAutospacing="off" w:line="280" w:lineRule="exact"/>
              <w:ind w:right="0"/>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C95F8D8">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PGCE in Secondary Music Education</w:t>
            </w:r>
          </w:p>
          <w:p w:rsidRPr="03750FC0" w:rsidR="00C60981" w:rsidP="5B4C0377" w:rsidRDefault="00C60981" w14:paraId="1AC47ACD" w14:textId="253A7203">
            <w:pPr>
              <w:pStyle w:val="ListParagraph"/>
              <w:spacing w:before="240" w:after="240" w:line="280" w:lineRule="exact"/>
              <w:ind w:left="720"/>
            </w:pPr>
          </w:p>
        </w:tc>
        <w:tc>
          <w:tcPr>
            <w:tcW w:w="3008" w:type="dxa"/>
            <w:tcMar/>
          </w:tcPr>
          <w:p w:rsidRPr="03750FC0" w:rsidR="00C60981" w:rsidP="5B4C0377" w:rsidRDefault="00C60981" w14:paraId="708F87D7" w14:textId="659F4A4B">
            <w:pPr>
              <w:pStyle w:val="TableParagraph"/>
              <w:spacing w:line="268" w:lineRule="exact"/>
              <w:ind w:left="108" w:firstLine="0"/>
            </w:pPr>
            <w:r w:rsidRPr="5B4C0377" w:rsidR="6F04E71B">
              <w:rPr>
                <w:b w:val="1"/>
                <w:bCs w:val="1"/>
              </w:rPr>
              <w:t xml:space="preserve">2 year </w:t>
            </w:r>
            <w:r w:rsidR="6F04E71B">
              <w:rPr/>
              <w:t>post-qualified</w:t>
            </w:r>
          </w:p>
          <w:p w:rsidRPr="03750FC0" w:rsidR="00C60981" w:rsidP="5B4C0377" w:rsidRDefault="00C60981" w14:textId="77777777" w14:paraId="1252ACB4">
            <w:pPr>
              <w:pStyle w:val="TableParagraph"/>
              <w:spacing w:line="249" w:lineRule="exact"/>
              <w:ind w:left="108" w:firstLine="0"/>
            </w:pPr>
            <w:r w:rsidR="6F04E71B">
              <w:rPr/>
              <w:t>experience as a therapist</w:t>
            </w:r>
          </w:p>
          <w:p w:rsidRPr="03750FC0" w:rsidR="00C60981" w:rsidP="00265589" w:rsidRDefault="00C60981" w14:paraId="7EA7C3A4" w14:textId="3DD46B65">
            <w:pPr>
              <w:pStyle w:val="TableParagraph"/>
              <w:ind w:left="108" w:firstLine="0"/>
              <w:rPr>
                <w:b w:val="1"/>
                <w:bCs w:val="1"/>
              </w:rPr>
            </w:pPr>
          </w:p>
        </w:tc>
      </w:tr>
      <w:tr w:rsidR="00C60981" w:rsidTr="64EF38D0" w14:paraId="1CE82A4F" w14:textId="77777777">
        <w:trPr>
          <w:trHeight w:val="300"/>
        </w:trPr>
        <w:tc>
          <w:tcPr>
            <w:tcW w:w="3005" w:type="dxa"/>
            <w:tcMar/>
          </w:tcPr>
          <w:p w:rsidRPr="4BBADB7E" w:rsidR="00C60981" w:rsidP="64EF38D0" w:rsidRDefault="00C60981" w14:paraId="3864D1EE" w14:textId="090503DC">
            <w:pPr>
              <w:pStyle w:val="TableParagraph"/>
              <w:spacing w:line="249" w:lineRule="exact"/>
              <w:ind w:left="0" w:firstLine="0"/>
              <w:rPr>
                <w:b w:val="1"/>
                <w:bCs w:val="1"/>
              </w:rPr>
            </w:pPr>
            <w:r w:rsidRPr="64EF38D0" w:rsidR="1AAADF14">
              <w:rPr>
                <w:b w:val="1"/>
                <w:bCs w:val="1"/>
              </w:rPr>
              <w:t xml:space="preserve"> Sara</w:t>
            </w:r>
            <w:r w:rsidRPr="64EF38D0" w:rsidR="1878519A">
              <w:rPr>
                <w:b w:val="1"/>
                <w:bCs w:val="1"/>
              </w:rPr>
              <w:t xml:space="preserve"> </w:t>
            </w:r>
            <w:r w:rsidRPr="64EF38D0" w:rsidR="1878519A">
              <w:rPr>
                <w:b w:val="1"/>
                <w:bCs w:val="1"/>
              </w:rPr>
              <w:t>Mulle</w:t>
            </w:r>
            <w:r w:rsidRPr="64EF38D0" w:rsidR="20AA441D">
              <w:rPr>
                <w:b w:val="1"/>
                <w:bCs w:val="1"/>
              </w:rPr>
              <w:t>n</w:t>
            </w:r>
            <w:r w:rsidRPr="64EF38D0" w:rsidR="1878519A">
              <w:rPr>
                <w:b w:val="1"/>
                <w:bCs w:val="1"/>
              </w:rPr>
              <w:t>der</w:t>
            </w:r>
            <w:r w:rsidRPr="64EF38D0" w:rsidR="1878519A">
              <w:rPr>
                <w:b w:val="1"/>
                <w:bCs w:val="1"/>
              </w:rPr>
              <w:t xml:space="preserve"> </w:t>
            </w:r>
          </w:p>
          <w:p w:rsidRPr="4BBADB7E" w:rsidR="00C60981" w:rsidP="64EF38D0" w:rsidRDefault="00C60981" w14:paraId="534C42E8" w14:textId="779120F3">
            <w:pPr>
              <w:pStyle w:val="TableParagraph"/>
              <w:spacing w:line="249" w:lineRule="exact"/>
              <w:ind w:left="107" w:firstLine="0"/>
            </w:pPr>
            <w:r w:rsidR="444F74F9">
              <w:rPr/>
              <w:t>Art Psychotherapist</w:t>
            </w:r>
          </w:p>
          <w:p w:rsidRPr="4BBADB7E" w:rsidR="00C60981" w:rsidP="00265589" w:rsidRDefault="00C60981" w14:paraId="13CE2942" w14:textId="63A83D55">
            <w:pPr>
              <w:pStyle w:val="TableParagraph"/>
              <w:spacing w:line="249" w:lineRule="exact"/>
              <w:ind w:left="0" w:firstLine="0"/>
              <w:rPr>
                <w:b w:val="1"/>
                <w:bCs w:val="1"/>
              </w:rPr>
            </w:pPr>
          </w:p>
        </w:tc>
        <w:tc>
          <w:tcPr>
            <w:tcW w:w="3005" w:type="dxa"/>
            <w:tcMar/>
          </w:tcPr>
          <w:p w:rsidRPr="03750FC0" w:rsidR="00C60981" w:rsidP="64EF38D0" w:rsidRDefault="00C60981" w14:paraId="338921FB" w14:textId="45882033">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pPr>
            <w:r w:rsidRPr="64EF38D0" w:rsidR="1878519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t>Ma Art Psychotherapy (Sheffield Hallam University)</w:t>
            </w:r>
          </w:p>
          <w:p w:rsidRPr="03750FC0" w:rsidR="00C60981" w:rsidP="64EF38D0" w:rsidRDefault="00C60981" w14:paraId="26C0D202" w14:textId="384CA743">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pPr>
            <w:r w:rsidRPr="64EF38D0" w:rsidR="1878519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t>Ba Hons Fine Art (Leeds Arts University)</w:t>
            </w:r>
          </w:p>
          <w:p w:rsidRPr="03750FC0" w:rsidR="00C60981" w:rsidP="64EF38D0" w:rsidRDefault="00C60981" w14:paraId="6DEACADE" w14:textId="6848A1C6">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pPr>
            <w:r w:rsidRPr="64EF38D0" w:rsidR="1878519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t>Level 2 Award Equality and Diversity (Middlesborough College)</w:t>
            </w:r>
          </w:p>
          <w:p w:rsidRPr="03750FC0" w:rsidR="00C60981" w:rsidP="64EF38D0" w:rsidRDefault="00C60981" w14:paraId="23EDE017" w14:textId="3A8A0E7B">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pPr>
            <w:r w:rsidRPr="64EF38D0" w:rsidR="1878519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t>Award in Awareness of Substance Misuse (Middlesborough College)</w:t>
            </w:r>
          </w:p>
          <w:p w:rsidRPr="03750FC0" w:rsidR="00C60981" w:rsidP="64EF38D0" w:rsidRDefault="00C60981" w14:paraId="72F59EC4" w14:textId="45701992">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pPr>
            <w:r w:rsidRPr="64EF38D0" w:rsidR="1878519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t>Level 2 Award in Helping Skills (Middlesborough College)</w:t>
            </w:r>
          </w:p>
          <w:p w:rsidRPr="03750FC0" w:rsidR="00C60981" w:rsidP="64EF38D0" w:rsidRDefault="00C60981" w14:paraId="1F590A61" w14:textId="7F676F4B">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pPr>
            <w:r w:rsidRPr="64EF38D0" w:rsidR="1878519A">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lang w:val="en-US"/>
              </w:rPr>
              <w:t>Level 2 award in Suicide Awareness (Middlesborough College)</w:t>
            </w:r>
          </w:p>
          <w:p w:rsidRPr="03750FC0" w:rsidR="00C60981" w:rsidP="64EF38D0" w:rsidRDefault="00C60981" w14:paraId="671173FC" w14:textId="57445F2B">
            <w:pPr>
              <w:pStyle w:val="ListParagraph"/>
              <w:spacing w:before="240" w:after="240" w:line="280" w:lineRule="exact"/>
              <w:ind w:left="720"/>
            </w:pPr>
          </w:p>
        </w:tc>
        <w:tc>
          <w:tcPr>
            <w:tcW w:w="3008" w:type="dxa"/>
            <w:tcMar/>
          </w:tcPr>
          <w:p w:rsidRPr="03750FC0" w:rsidR="00C60981" w:rsidP="64EF38D0" w:rsidRDefault="00C60981" w14:paraId="6C069664" w14:textId="3B802948">
            <w:pPr>
              <w:pStyle w:val="TableParagraph"/>
              <w:spacing w:line="268" w:lineRule="exact"/>
              <w:ind w:left="108" w:firstLine="0"/>
            </w:pPr>
            <w:r w:rsidRPr="64EF38D0" w:rsidR="508026FC">
              <w:rPr>
                <w:b w:val="1"/>
                <w:bCs w:val="1"/>
              </w:rPr>
              <w:t xml:space="preserve">1 year </w:t>
            </w:r>
            <w:r w:rsidR="508026FC">
              <w:rPr/>
              <w:t>post-qualified</w:t>
            </w:r>
          </w:p>
          <w:p w:rsidRPr="03750FC0" w:rsidR="00C60981" w:rsidP="64EF38D0" w:rsidRDefault="00C60981" w14:textId="77777777" w14:paraId="2ED70780">
            <w:pPr>
              <w:pStyle w:val="TableParagraph"/>
              <w:spacing w:line="249" w:lineRule="exact"/>
              <w:ind w:left="108" w:firstLine="0"/>
            </w:pPr>
            <w:r w:rsidR="508026FC">
              <w:rPr/>
              <w:t>experience as a therapist</w:t>
            </w:r>
          </w:p>
          <w:p w:rsidRPr="03750FC0" w:rsidR="00C60981" w:rsidP="00265589" w:rsidRDefault="00C60981" w14:paraId="239B6E6E" w14:textId="10F7D1AB">
            <w:pPr>
              <w:pStyle w:val="TableParagraph"/>
              <w:ind w:left="108" w:firstLine="0"/>
              <w:rPr>
                <w:b w:val="1"/>
                <w:bCs w:val="1"/>
              </w:rPr>
            </w:pPr>
          </w:p>
        </w:tc>
      </w:tr>
      <w:tr w:rsidR="00C60981" w:rsidTr="64EF38D0" w14:paraId="46857319" w14:textId="77777777">
        <w:trPr>
          <w:trHeight w:val="300"/>
        </w:trPr>
        <w:tc>
          <w:tcPr>
            <w:tcW w:w="3005" w:type="dxa"/>
            <w:tcMar/>
          </w:tcPr>
          <w:p w:rsidR="00C60981" w:rsidP="5B4C0377" w:rsidRDefault="00C60981" w14:paraId="758B767E" w14:textId="033AA407">
            <w:pPr>
              <w:pStyle w:val="TableParagraph"/>
              <w:spacing w:line="249" w:lineRule="exact"/>
              <w:ind w:left="0" w:firstLine="0"/>
              <w:rPr>
                <w:b w:val="1"/>
                <w:bCs w:val="1"/>
              </w:rPr>
            </w:pPr>
            <w:r w:rsidRPr="5B4C0377" w:rsidR="45BF21C9">
              <w:rPr>
                <w:b w:val="1"/>
                <w:bCs w:val="1"/>
              </w:rPr>
              <w:t xml:space="preserve"> </w:t>
            </w:r>
            <w:r w:rsidRPr="5B4C0377" w:rsidR="0430906D">
              <w:rPr>
                <w:b w:val="1"/>
                <w:bCs w:val="1"/>
              </w:rPr>
              <w:t>Jade Senior-White</w:t>
            </w:r>
          </w:p>
          <w:p w:rsidR="00C60981" w:rsidP="00265589" w:rsidRDefault="00C60981" w14:paraId="6CBE8D32" w14:textId="70821398">
            <w:pPr>
              <w:pStyle w:val="TableParagraph"/>
              <w:spacing w:line="249" w:lineRule="exact"/>
              <w:ind w:left="0" w:firstLine="0"/>
            </w:pPr>
            <w:r w:rsidR="0430906D">
              <w:rPr/>
              <w:t xml:space="preserve"> Therapeutic Support</w:t>
            </w:r>
          </w:p>
          <w:p w:rsidR="00C60981" w:rsidP="00265589" w:rsidRDefault="00C60981" w14:paraId="0333A542" w14:textId="4D169D33">
            <w:pPr>
              <w:pStyle w:val="TableParagraph"/>
              <w:spacing w:line="249" w:lineRule="exact"/>
              <w:ind w:left="0" w:firstLine="0"/>
              <w:rPr>
                <w:b w:val="1"/>
                <w:bCs w:val="1"/>
              </w:rPr>
            </w:pPr>
          </w:p>
        </w:tc>
        <w:tc>
          <w:tcPr>
            <w:tcW w:w="3005" w:type="dxa"/>
            <w:tcMar/>
          </w:tcPr>
          <w:p w:rsidRPr="03750FC0" w:rsidR="00C60981" w:rsidP="5B4C0377" w:rsidRDefault="00C60981" w14:paraId="3E1F1744" w14:textId="2B951F01">
            <w:pPr>
              <w:pStyle w:val="ListParagraph"/>
              <w:numPr>
                <w:ilvl w:val="0"/>
                <w:numId w:val="2"/>
              </w:numPr>
              <w:spacing w:before="240" w:after="240" w:line="280" w:lineRule="exac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3 Years Learning Mentor Experience </w:t>
            </w:r>
          </w:p>
          <w:p w:rsidRPr="03750FC0" w:rsidR="00C60981" w:rsidP="5B4C0377" w:rsidRDefault="00C60981" w14:paraId="0B84AEC1" w14:textId="1E63B848">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Mental Health First Aider </w:t>
            </w:r>
          </w:p>
          <w:p w:rsidRPr="03750FC0" w:rsidR="00C60981" w:rsidP="5B4C0377" w:rsidRDefault="00C60981" w14:paraId="11FC5B0C" w14:textId="3B126393">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Qualified Nurture Practitioner with Nurture UK </w:t>
            </w:r>
          </w:p>
          <w:p w:rsidRPr="03750FC0" w:rsidR="00C60981" w:rsidP="5B4C0377" w:rsidRDefault="00C60981" w14:paraId="0558F9B8" w14:textId="191A69C8">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Drawing and Talking Practitioner </w:t>
            </w:r>
          </w:p>
          <w:p w:rsidRPr="03750FC0" w:rsidR="00C60981" w:rsidP="5B4C0377" w:rsidRDefault="00C60981" w14:paraId="2CF3DE1C" w14:textId="7801E2ED">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Therapeutic Play Trained </w:t>
            </w:r>
          </w:p>
          <w:p w:rsidRPr="03750FC0" w:rsidR="00C60981" w:rsidP="5B4C0377" w:rsidRDefault="00C60981" w14:paraId="73819B14" w14:textId="5B47F1F2">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Safeguarding Trained (Currently a DSL in school) </w:t>
            </w:r>
          </w:p>
          <w:p w:rsidRPr="03750FC0" w:rsidR="00C60981" w:rsidP="5B4C0377" w:rsidRDefault="00C60981" w14:paraId="2F59D9C5" w14:textId="0B41FBE3">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 xml:space="preserve">ELSA (Emotional Literacy Support Assistant) </w:t>
            </w:r>
          </w:p>
          <w:p w:rsidRPr="03750FC0" w:rsidR="00C60981" w:rsidP="5B4C0377" w:rsidRDefault="00C60981" w14:paraId="3235D341" w14:textId="4A3D0C01">
            <w:pPr>
              <w:pStyle w:val="ListParagraph"/>
              <w:numPr>
                <w:ilvl w:val="0"/>
                <w:numId w:val="2"/>
              </w:numPr>
              <w:spacing w:before="240" w:beforeAutospacing="off" w:after="240" w:afterAutospacing="off" w:line="280" w:lineRule="exact"/>
              <w:ind w:right="0"/>
              <w:jc w:val="left"/>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pPr>
            <w:r w:rsidRPr="5B4C0377" w:rsidR="65663F2F">
              <w:rPr>
                <w:rFonts w:ascii="Calibri" w:hAnsi="Calibri" w:eastAsia="Calibri" w:cs="Calibri" w:asciiTheme="majorAscii" w:hAnsiTheme="majorAscii" w:eastAsiaTheme="majorAscii" w:cstheme="majorAscii"/>
                <w:b w:val="0"/>
                <w:bCs w:val="0"/>
                <w:i w:val="0"/>
                <w:iCs w:val="0"/>
                <w:caps w:val="0"/>
                <w:smallCaps w:val="0"/>
                <w:strike w:val="0"/>
                <w:dstrike w:val="0"/>
                <w:noProof w:val="0"/>
                <w:color w:val="000000" w:themeColor="text1" w:themeTint="FF" w:themeShade="FF"/>
                <w:sz w:val="24"/>
                <w:szCs w:val="24"/>
                <w:u w:val="none"/>
                <w:lang w:val="en-US"/>
              </w:rPr>
              <w:t>NVQ Level 3 in Supporting, Teaching &amp; Learning, completed in a behavioural special school</w:t>
            </w:r>
          </w:p>
          <w:p w:rsidRPr="03750FC0" w:rsidR="00C60981" w:rsidP="5B4C0377" w:rsidRDefault="00C60981" w14:paraId="6F5789B9" w14:textId="4C5CC348">
            <w:pPr>
              <w:pStyle w:val="ListParagraph"/>
              <w:spacing w:before="240" w:after="240" w:line="280" w:lineRule="exact"/>
              <w:ind w:left="720"/>
            </w:pPr>
          </w:p>
        </w:tc>
        <w:tc>
          <w:tcPr>
            <w:tcW w:w="3008" w:type="dxa"/>
            <w:tcMar/>
          </w:tcPr>
          <w:p w:rsidRPr="03750FC0" w:rsidR="00C60981" w:rsidP="5B4C0377" w:rsidRDefault="00C60981" w14:paraId="0C4B799F" w14:textId="413A2EA5">
            <w:pPr>
              <w:pStyle w:val="TableParagraph"/>
              <w:ind w:left="108" w:firstLine="0"/>
              <w:rPr>
                <w:b w:val="0"/>
                <w:bCs w:val="0"/>
              </w:rPr>
            </w:pPr>
            <w:r w:rsidR="10B98B02">
              <w:rPr>
                <w:b w:val="0"/>
                <w:bCs w:val="0"/>
              </w:rPr>
              <w:t xml:space="preserve">14 </w:t>
            </w:r>
            <w:r w:rsidR="10B98B02">
              <w:rPr>
                <w:b w:val="0"/>
                <w:bCs w:val="0"/>
              </w:rPr>
              <w:t>years' experience</w:t>
            </w:r>
            <w:r w:rsidR="10B98B02">
              <w:rPr>
                <w:b w:val="0"/>
                <w:bCs w:val="0"/>
              </w:rPr>
              <w:t xml:space="preserve"> working with children. </w:t>
            </w:r>
          </w:p>
        </w:tc>
      </w:tr>
    </w:tbl>
    <w:p w:rsidR="00A84E57" w:rsidRDefault="00A84E57" w14:paraId="61EF00B7" w14:textId="77777777"/>
    <w:p w:rsidR="00A84E57" w:rsidRDefault="00A84E57" w14:paraId="5A75F9E2" w14:textId="77777777"/>
    <w:p w:rsidR="00A84E57" w:rsidP="64EF38D0" w:rsidRDefault="00A84E57" w14:paraId="68F08D5C" w14:textId="45E0DC28">
      <w:pPr>
        <w:pStyle w:val="Normal"/>
      </w:pPr>
      <w:r w:rsidR="19A39808">
        <w:drawing>
          <wp:inline wp14:editId="308D9331" wp14:anchorId="1B8091FC">
            <wp:extent cx="5943600" cy="4981575"/>
            <wp:effectExtent l="0" t="0" r="0" b="0"/>
            <wp:docPr id="99252168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92521684" name="Picture 992521684"/>
                    <pic:cNvPicPr/>
                  </pic:nvPicPr>
                  <pic:blipFill>
                    <a:blip xmlns:r="http://schemas.openxmlformats.org/officeDocument/2006/relationships" r:embed="rId185588888">
                      <a:extLst>
                        <a:ext uri="{28A0092B-C50C-407E-A947-70E740481C1C}">
                          <a14:useLocalDpi xmlns:a14="http://schemas.microsoft.com/office/drawing/2010/main"/>
                        </a:ext>
                      </a:extLst>
                    </a:blip>
                    <a:stretch>
                      <a:fillRect/>
                    </a:stretch>
                  </pic:blipFill>
                  <pic:spPr>
                    <a:xfrm>
                      <a:off x="0" y="0"/>
                      <a:ext cx="5943600" cy="4981575"/>
                    </a:xfrm>
                    <a:prstGeom prst="rect">
                      <a:avLst/>
                    </a:prstGeom>
                  </pic:spPr>
                </pic:pic>
              </a:graphicData>
            </a:graphic>
          </wp:inline>
        </w:drawing>
      </w:r>
    </w:p>
    <w:p w:rsidR="004B1F3E" w:rsidRDefault="00C15104" w14:paraId="1EEDAFAF" w14:textId="77777777">
      <w:pPr>
        <w:pStyle w:val="Heading1"/>
      </w:pPr>
      <w:r>
        <w:t>8. Safeguarding</w:t>
      </w:r>
    </w:p>
    <w:p w:rsidR="004B1F3E" w:rsidRDefault="00C15104" w14:paraId="1F798346" w14:textId="77777777">
      <w:r>
        <w:t xml:space="preserve">Safeguarding is a core priority at </w:t>
      </w:r>
      <w:proofErr w:type="spellStart"/>
      <w:r>
        <w:t>eQuiPT</w:t>
      </w:r>
      <w:proofErr w:type="spellEnd"/>
      <w:r>
        <w:t xml:space="preserve"> Therapy Services. We are committed to protecting children and young people from abuse and neglect, promoting their welfare and taking prompt action when concerns arise. Safeguarding responsibilities apply to all staff, therapists, associates and volunteers.</w:t>
      </w:r>
    </w:p>
    <w:p w:rsidR="004B1F3E" w:rsidRDefault="00C15104" w14:paraId="13ADDED6" w14:textId="77777777">
      <w:pPr>
        <w:pStyle w:val="Heading2"/>
      </w:pPr>
      <w:r>
        <w:t>Safeguarding Framework</w:t>
      </w:r>
    </w:p>
    <w:p w:rsidR="004B1F3E" w:rsidRDefault="00C15104" w14:paraId="104A7962" w14:textId="77777777">
      <w:r>
        <w:t>Our safeguarding arrangements are informed by current statutory and regulatory guidance, including:</w:t>
      </w:r>
    </w:p>
    <w:p w:rsidR="004B1F3E" w:rsidRDefault="00C15104" w14:paraId="141F5C93" w14:textId="77777777">
      <w:pPr>
        <w:pStyle w:val="ListBullet"/>
      </w:pPr>
      <w:r>
        <w:t>Working Together to Safeguard Children (current statutory guidance)</w:t>
      </w:r>
    </w:p>
    <w:p w:rsidR="004B1F3E" w:rsidRDefault="00C15104" w14:paraId="122F412E" w14:textId="77777777">
      <w:pPr>
        <w:pStyle w:val="ListBullet"/>
      </w:pPr>
      <w:r>
        <w:t>Children Act 1989 and Children Act 2004</w:t>
      </w:r>
    </w:p>
    <w:p w:rsidR="004B1F3E" w:rsidRDefault="00C15104" w14:paraId="39E44A04" w14:textId="77777777">
      <w:pPr>
        <w:pStyle w:val="ListBullet"/>
      </w:pPr>
      <w:r>
        <w:t>Adoption and Children Act 2002</w:t>
      </w:r>
    </w:p>
    <w:p w:rsidR="004B1F3E" w:rsidRDefault="00C15104" w14:paraId="05F86029" w14:textId="77777777">
      <w:pPr>
        <w:pStyle w:val="ListBullet"/>
      </w:pPr>
      <w:r>
        <w:t>UK GDPR and the Data Protection Act 2018 (information sharing and record keeping)</w:t>
      </w:r>
    </w:p>
    <w:p w:rsidR="004B1F3E" w:rsidRDefault="00C15104" w14:paraId="248DBD2B" w14:textId="77777777">
      <w:pPr>
        <w:pStyle w:val="Heading2"/>
      </w:pPr>
      <w:r>
        <w:t>How we keep children safe</w:t>
      </w:r>
    </w:p>
    <w:p w:rsidR="004B1F3E" w:rsidRDefault="00C15104" w14:paraId="6C9EDDE8" w14:textId="77777777">
      <w:pPr>
        <w:pStyle w:val="ListBullet"/>
      </w:pPr>
      <w:r>
        <w:t>Clear safeguarding and child protection policies and procedures, reviewed regularly and accessible to families and professionals.</w:t>
      </w:r>
    </w:p>
    <w:p w:rsidR="004B1F3E" w:rsidRDefault="00C15104" w14:paraId="25B3EB78" w14:textId="77777777">
      <w:pPr>
        <w:pStyle w:val="ListBullet"/>
      </w:pPr>
      <w:r>
        <w:t>A designated safeguarding lead (DSL) with clear accountability to the Registered Manager and Responsible Individual.</w:t>
      </w:r>
    </w:p>
    <w:p w:rsidR="004B1F3E" w:rsidRDefault="00C15104" w14:paraId="025D1A83" w14:textId="77777777">
      <w:pPr>
        <w:pStyle w:val="ListBullet"/>
      </w:pPr>
      <w:r>
        <w:t>Safeguarding induction and regular refresher training for all staff and associate therapists; training records are maintained and monitored.</w:t>
      </w:r>
    </w:p>
    <w:p w:rsidR="004B1F3E" w:rsidRDefault="00C15104" w14:paraId="48CEC4BE" w14:textId="77777777">
      <w:pPr>
        <w:pStyle w:val="ListBullet"/>
      </w:pPr>
      <w:r>
        <w:t>Regular clinical supervision and management oversight, including exploration of risk, protective factors and professional curiosity.</w:t>
      </w:r>
    </w:p>
    <w:p w:rsidR="004B1F3E" w:rsidRDefault="00C15104" w14:paraId="3F5E8CDC" w14:textId="77777777">
      <w:pPr>
        <w:pStyle w:val="ListBullet"/>
      </w:pPr>
      <w:r>
        <w:t>Robust safer recruitment: enhanced DBS checks (and barred list checks where required), identity verification, right-to-work checks, qualification verification, and at least two references.</w:t>
      </w:r>
    </w:p>
    <w:p w:rsidR="004B1F3E" w:rsidRDefault="00C15104" w14:paraId="294EAA9E" w14:textId="77777777">
      <w:pPr>
        <w:pStyle w:val="ListBullet"/>
      </w:pPr>
      <w:r>
        <w:t>Risk assessments covering therapeutic work, lone working, home visits (where applicable), online/remote sessions, and safe use of premises and materials.</w:t>
      </w:r>
    </w:p>
    <w:p w:rsidR="004B1F3E" w:rsidRDefault="00C15104" w14:paraId="49F428F1" w14:textId="77777777">
      <w:pPr>
        <w:pStyle w:val="ListBullet"/>
      </w:pPr>
      <w:r>
        <w:t>A clear confidentiality statement with explicit safeguarding exceptions; explained to families at the start of involvement.</w:t>
      </w:r>
    </w:p>
    <w:p w:rsidR="004B1F3E" w:rsidRDefault="00C15104" w14:paraId="36D39293" w14:textId="77777777">
      <w:pPr>
        <w:pStyle w:val="ListBullet"/>
      </w:pPr>
      <w:r>
        <w:t>Timely and proportionate information sharing with placing authorities and partner agencies, with clear recording of decision-making.</w:t>
      </w:r>
    </w:p>
    <w:p w:rsidR="004B1F3E" w:rsidRDefault="00C15104" w14:paraId="6DAACFE4" w14:textId="77777777">
      <w:pPr>
        <w:pStyle w:val="ListBullet"/>
      </w:pPr>
      <w:r>
        <w:t>Safe use of therapy animals: written risk assessments, hygiene arrangements, consent processes and clear boundaries for animal-assisted interventions.</w:t>
      </w:r>
    </w:p>
    <w:p w:rsidR="004B1F3E" w:rsidRDefault="00C15104" w14:paraId="4CF64A66" w14:textId="77777777">
      <w:pPr>
        <w:pStyle w:val="Heading2"/>
      </w:pPr>
      <w:r>
        <w:t>Responding to safeguarding concerns</w:t>
      </w:r>
    </w:p>
    <w:p w:rsidR="004B1F3E" w:rsidRDefault="00C15104" w14:paraId="1F910C8A" w14:textId="77777777">
      <w:r>
        <w:t>Any safeguarding concern is taken seriously and acted upon without delay. Staff must report concerns immediately in line with our procedures. The DSL will consider information, consult with children’s social care and/or the police where appropriate, and ensure the child’s welfare remains paramount.</w:t>
      </w:r>
    </w:p>
    <w:p w:rsidR="004B1F3E" w:rsidRDefault="00C15104" w14:paraId="1A9AC9AD" w14:textId="77777777">
      <w:r>
        <w:t>Our response includes:</w:t>
      </w:r>
    </w:p>
    <w:p w:rsidR="004B1F3E" w:rsidRDefault="00C15104" w14:paraId="3F37A686" w14:textId="77777777">
      <w:pPr>
        <w:pStyle w:val="ListBullet"/>
      </w:pPr>
      <w:r>
        <w:t>Listening to children and taking their views seriously, in a way that is appropriate to their age and understanding.</w:t>
      </w:r>
    </w:p>
    <w:p w:rsidR="004B1F3E" w:rsidRDefault="00C15104" w14:paraId="54FC30C1" w14:textId="77777777">
      <w:pPr>
        <w:pStyle w:val="ListBullet"/>
      </w:pPr>
      <w:r>
        <w:t>Recording concerns factually and contemporaneously, including actions taken and outcomes.</w:t>
      </w:r>
    </w:p>
    <w:p w:rsidR="004B1F3E" w:rsidRDefault="00C15104" w14:paraId="69E7404A" w14:textId="77777777">
      <w:pPr>
        <w:pStyle w:val="ListBullet"/>
      </w:pPr>
      <w:r>
        <w:t>Working in partnership with placing authorities, social workers, schools and other agencies, as appropriate.</w:t>
      </w:r>
    </w:p>
    <w:p w:rsidR="004B1F3E" w:rsidRDefault="00C15104" w14:paraId="679A5177" w14:textId="77777777">
      <w:pPr>
        <w:pStyle w:val="ListBullet"/>
      </w:pPr>
      <w:r>
        <w:t>Escalating concerns where necessary, including referral to the Local Authority Designated Officer (LADO) for allegations against professionals.</w:t>
      </w:r>
    </w:p>
    <w:p w:rsidR="004B1F3E" w:rsidRDefault="00C15104" w14:paraId="2634225E" w14:textId="77777777">
      <w:pPr>
        <w:pStyle w:val="Heading2"/>
      </w:pPr>
      <w:r>
        <w:t>Allegations against staff, associates or volunteers</w:t>
      </w:r>
    </w:p>
    <w:p w:rsidR="004B1F3E" w:rsidRDefault="00C15104" w14:paraId="39172559" w14:textId="260CAA12">
      <w:r w:rsidR="0C6BBAA0">
        <w:rPr/>
        <w:t xml:space="preserve">We have clear procedures for managing allegations against staff, </w:t>
      </w:r>
      <w:r w:rsidR="1C288235">
        <w:rPr/>
        <w:t>associates,</w:t>
      </w:r>
      <w:r w:rsidR="0C6BBAA0">
        <w:rPr/>
        <w:t xml:space="preserve"> or volunteers. Allegations are reported promptly to the Registered Manager and Responsible Individual and referred to the LADO and Ofsted as </w:t>
      </w:r>
      <w:r w:rsidR="0C6BBAA0">
        <w:rPr/>
        <w:t>required</w:t>
      </w:r>
      <w:r w:rsidR="0C6BBAA0">
        <w:rPr/>
        <w:t>. Staff may be removed from direct work pending investigation where necessary to safeguard children.</w:t>
      </w:r>
    </w:p>
    <w:p w:rsidR="004B1F3E" w:rsidRDefault="00C15104" w14:paraId="48009FD2" w14:textId="77777777">
      <w:pPr>
        <w:pStyle w:val="Heading2"/>
      </w:pPr>
      <w:r>
        <w:t>Whistleblowing</w:t>
      </w:r>
    </w:p>
    <w:p w:rsidR="004B1F3E" w:rsidRDefault="00C15104" w14:paraId="5B0028FC" w14:textId="77777777">
      <w:r>
        <w:t>We promote an open and transparent culture where staff are encouraged to raise concerns about practice. A whistleblowing policy supports staff to report concerns internally and, where appropriate, to external bodies.</w:t>
      </w:r>
    </w:p>
    <w:p w:rsidR="004B1F3E" w:rsidRDefault="00C15104" w14:paraId="30312264" w14:textId="77777777">
      <w:pPr>
        <w:pStyle w:val="Heading2"/>
      </w:pPr>
      <w:r>
        <w:t>Safer practice in therapeutic work</w:t>
      </w:r>
    </w:p>
    <w:p w:rsidR="004B1F3E" w:rsidRDefault="00C15104" w14:paraId="68011DCF" w14:textId="77777777">
      <w:pPr>
        <w:pStyle w:val="ListBullet"/>
      </w:pPr>
      <w:r>
        <w:t>Clear professional boundaries, including guidance on appropriate touch within specific therapeutic models and with informed consent.</w:t>
      </w:r>
    </w:p>
    <w:p w:rsidR="004B1F3E" w:rsidRDefault="00C15104" w14:paraId="0DE172FB" w14:textId="77777777">
      <w:pPr>
        <w:pStyle w:val="ListBullet"/>
      </w:pPr>
      <w:r>
        <w:t>Trauma-informed planning that considers emotional safety, triggers and regulation needs.</w:t>
      </w:r>
    </w:p>
    <w:p w:rsidR="004B1F3E" w:rsidRDefault="00C15104" w14:paraId="1D04C66D" w14:textId="77777777">
      <w:pPr>
        <w:pStyle w:val="ListBullet"/>
      </w:pPr>
      <w:r>
        <w:t>Additional safety measures for remote sessions, including identity checks, location confirmation at session start and agreed emergency contact arrangements.</w:t>
      </w:r>
    </w:p>
    <w:p w:rsidR="004B1F3E" w:rsidRDefault="00C15104" w14:paraId="5B3D02C3" w14:textId="77777777">
      <w:pPr>
        <w:pStyle w:val="ListBullet"/>
      </w:pPr>
      <w:r>
        <w:t>Consent is obtained, recorded and reviewed, including parental consent and, where appropriate, the child’s assent.</w:t>
      </w:r>
    </w:p>
    <w:p w:rsidR="004B1F3E" w:rsidRDefault="00C15104" w14:paraId="4E9FD166" w14:textId="77777777">
      <w:pPr>
        <w:pStyle w:val="Heading1"/>
      </w:pPr>
      <w:r>
        <w:t>9. Monitoring and Evaluation</w:t>
      </w:r>
    </w:p>
    <w:p w:rsidR="004B1F3E" w:rsidRDefault="00C15104" w14:paraId="643118BC" w14:textId="77777777">
      <w:r>
        <w:t>We monitor and evaluate service quality and impact through planned review points, feedback and outcome measurement to ensure interventions remain appropriate and effective.</w:t>
      </w:r>
    </w:p>
    <w:p w:rsidR="004B1F3E" w:rsidRDefault="00C15104" w14:paraId="4A8EC69A" w14:textId="77777777">
      <w:r>
        <w:t>This includes:</w:t>
      </w:r>
    </w:p>
    <w:p w:rsidR="004B1F3E" w:rsidRDefault="00C15104" w14:paraId="6265E7C5" w14:textId="77777777">
      <w:pPr>
        <w:pStyle w:val="ListBullet"/>
      </w:pPr>
      <w:r>
        <w:t>Review meetings with parents/carers and professionals to assess progress and ensure the work remains on track.</w:t>
      </w:r>
    </w:p>
    <w:p w:rsidR="004B1F3E" w:rsidRDefault="00C15104" w14:paraId="7A796AFF" w14:textId="77777777">
      <w:pPr>
        <w:pStyle w:val="ListBullet"/>
      </w:pPr>
      <w:proofErr w:type="spellStart"/>
      <w:r>
        <w:t>Standardised</w:t>
      </w:r>
      <w:proofErr w:type="spellEnd"/>
      <w:r>
        <w:t xml:space="preserve"> measures, including SDQ and PSI-4, used at the start and end of therapy and during longer interventions where appropriate.</w:t>
      </w:r>
    </w:p>
    <w:p w:rsidR="004B1F3E" w:rsidRDefault="00C15104" w14:paraId="1F0AB133" w14:textId="77777777">
      <w:pPr>
        <w:pStyle w:val="ListBullet"/>
      </w:pPr>
      <w:r>
        <w:t>Goal-Based Outcomes agreed at the outset and reviewed throughout the intervention.</w:t>
      </w:r>
    </w:p>
    <w:p w:rsidR="004B1F3E" w:rsidRDefault="00C15104" w14:paraId="783CAF0A" w14:textId="77777777">
      <w:pPr>
        <w:pStyle w:val="ListBullet"/>
      </w:pPr>
      <w:r>
        <w:t>Family evaluation forms and ongoing feedback captured during sessions and incorporated into reports.</w:t>
      </w:r>
    </w:p>
    <w:p w:rsidR="004B1F3E" w:rsidRDefault="00C15104" w14:paraId="4B1417B5" w14:textId="77777777">
      <w:pPr>
        <w:pStyle w:val="Heading1"/>
      </w:pPr>
      <w:r>
        <w:t>10. Concerns and Complaints</w:t>
      </w:r>
    </w:p>
    <w:p w:rsidR="004B1F3E" w:rsidRDefault="00C15104" w14:paraId="5CDE4502" w14:textId="77777777">
      <w:r>
        <w:t>We have a clear, accessible complaints procedure that explains how to raise concerns and how these will be responded to. We aim to resolve issues promptly, fairly and transparently.</w:t>
      </w:r>
    </w:p>
    <w:p w:rsidR="004B1F3E" w:rsidRDefault="00C15104" w14:paraId="560A37CA" w14:textId="77777777">
      <w:r>
        <w:t>If concerns are not resolved internally, complainants may contact Ofsted:</w:t>
      </w:r>
    </w:p>
    <w:p w:rsidR="004B1F3E" w:rsidRDefault="00C15104" w14:paraId="610B26F5" w14:textId="77777777">
      <w:r>
        <w:rPr>
          <w:b/>
        </w:rPr>
        <w:t>Ofsted National Business Unit</w:t>
      </w:r>
      <w:r>
        <w:rPr>
          <w:b/>
        </w:rPr>
        <w:br/>
      </w:r>
      <w:r>
        <w:rPr>
          <w:b/>
        </w:rPr>
        <w:t>Piccadilly Gate</w:t>
      </w:r>
      <w:r>
        <w:rPr>
          <w:b/>
        </w:rPr>
        <w:br/>
      </w:r>
      <w:r>
        <w:rPr>
          <w:b/>
        </w:rPr>
        <w:t>Store Street</w:t>
      </w:r>
      <w:r>
        <w:rPr>
          <w:b/>
        </w:rPr>
        <w:br/>
      </w:r>
      <w:r>
        <w:rPr>
          <w:b/>
        </w:rPr>
        <w:t>Manchester</w:t>
      </w:r>
      <w:r>
        <w:rPr>
          <w:b/>
        </w:rPr>
        <w:br/>
      </w:r>
      <w:r>
        <w:rPr>
          <w:b/>
        </w:rPr>
        <w:t>M1 2WD</w:t>
      </w:r>
      <w:r>
        <w:rPr>
          <w:b/>
        </w:rPr>
        <w:br/>
      </w:r>
    </w:p>
    <w:p w:rsidR="004B1F3E" w:rsidRDefault="00C15104" w14:paraId="03E27866" w14:textId="77777777">
      <w:r>
        <w:t>Telephone: 0300 123 1231</w:t>
      </w:r>
    </w:p>
    <w:p w:rsidR="004B1F3E" w:rsidRDefault="00C15104" w14:paraId="22318A0B" w14:textId="77777777">
      <w:r>
        <w:t>Email: enquiries@ofsted.gov.uk</w:t>
      </w:r>
    </w:p>
    <w:p w:rsidR="004B1F3E" w:rsidRDefault="00C15104" w14:paraId="6189892F" w14:textId="77777777">
      <w:r>
        <w:t>Website: www.ofsted.gov.uk</w:t>
      </w:r>
    </w:p>
    <w:sectPr w:rsidR="004B1F3E" w:rsidSect="0003461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36AEEA4"/>
    <w:multiLevelType w:val="hybridMultilevel"/>
    <w:tmpl w:val="E05848D0"/>
    <w:lvl w:ilvl="0" w:tplc="EA429B50">
      <w:start w:val="1"/>
      <w:numFmt w:val="bullet"/>
      <w:lvlText w:val=""/>
      <w:lvlJc w:val="left"/>
      <w:pPr>
        <w:ind w:left="828" w:hanging="360"/>
      </w:pPr>
      <w:rPr>
        <w:rFonts w:hint="default" w:ascii="Symbol" w:hAnsi="Symbol"/>
      </w:rPr>
    </w:lvl>
    <w:lvl w:ilvl="1" w:tplc="BF1C42BA">
      <w:start w:val="1"/>
      <w:numFmt w:val="bullet"/>
      <w:lvlText w:val="o"/>
      <w:lvlJc w:val="left"/>
      <w:pPr>
        <w:ind w:left="1548" w:hanging="360"/>
      </w:pPr>
      <w:rPr>
        <w:rFonts w:hint="default" w:ascii="Courier New" w:hAnsi="Courier New"/>
      </w:rPr>
    </w:lvl>
    <w:lvl w:ilvl="2" w:tplc="31226972">
      <w:start w:val="1"/>
      <w:numFmt w:val="bullet"/>
      <w:lvlText w:val=""/>
      <w:lvlJc w:val="left"/>
      <w:pPr>
        <w:ind w:left="2268" w:hanging="360"/>
      </w:pPr>
      <w:rPr>
        <w:rFonts w:hint="default" w:ascii="Wingdings" w:hAnsi="Wingdings"/>
      </w:rPr>
    </w:lvl>
    <w:lvl w:ilvl="3" w:tplc="CA4C63CE">
      <w:start w:val="1"/>
      <w:numFmt w:val="bullet"/>
      <w:lvlText w:val=""/>
      <w:lvlJc w:val="left"/>
      <w:pPr>
        <w:ind w:left="2988" w:hanging="360"/>
      </w:pPr>
      <w:rPr>
        <w:rFonts w:hint="default" w:ascii="Symbol" w:hAnsi="Symbol"/>
      </w:rPr>
    </w:lvl>
    <w:lvl w:ilvl="4" w:tplc="3C8055B6">
      <w:start w:val="1"/>
      <w:numFmt w:val="bullet"/>
      <w:lvlText w:val="o"/>
      <w:lvlJc w:val="left"/>
      <w:pPr>
        <w:ind w:left="3708" w:hanging="360"/>
      </w:pPr>
      <w:rPr>
        <w:rFonts w:hint="default" w:ascii="Courier New" w:hAnsi="Courier New"/>
      </w:rPr>
    </w:lvl>
    <w:lvl w:ilvl="5" w:tplc="BC6E40AC">
      <w:start w:val="1"/>
      <w:numFmt w:val="bullet"/>
      <w:lvlText w:val=""/>
      <w:lvlJc w:val="left"/>
      <w:pPr>
        <w:ind w:left="4428" w:hanging="360"/>
      </w:pPr>
      <w:rPr>
        <w:rFonts w:hint="default" w:ascii="Wingdings" w:hAnsi="Wingdings"/>
      </w:rPr>
    </w:lvl>
    <w:lvl w:ilvl="6" w:tplc="5C00D76C">
      <w:start w:val="1"/>
      <w:numFmt w:val="bullet"/>
      <w:lvlText w:val=""/>
      <w:lvlJc w:val="left"/>
      <w:pPr>
        <w:ind w:left="5148" w:hanging="360"/>
      </w:pPr>
      <w:rPr>
        <w:rFonts w:hint="default" w:ascii="Symbol" w:hAnsi="Symbol"/>
      </w:rPr>
    </w:lvl>
    <w:lvl w:ilvl="7" w:tplc="C826FF78">
      <w:start w:val="1"/>
      <w:numFmt w:val="bullet"/>
      <w:lvlText w:val="o"/>
      <w:lvlJc w:val="left"/>
      <w:pPr>
        <w:ind w:left="5868" w:hanging="360"/>
      </w:pPr>
      <w:rPr>
        <w:rFonts w:hint="default" w:ascii="Courier New" w:hAnsi="Courier New"/>
      </w:rPr>
    </w:lvl>
    <w:lvl w:ilvl="8" w:tplc="34F0234C">
      <w:start w:val="1"/>
      <w:numFmt w:val="bullet"/>
      <w:lvlText w:val=""/>
      <w:lvlJc w:val="left"/>
      <w:pPr>
        <w:ind w:left="6588" w:hanging="360"/>
      </w:pPr>
      <w:rPr>
        <w:rFonts w:hint="default" w:ascii="Wingdings" w:hAnsi="Wingdings"/>
      </w:rPr>
    </w:lvl>
  </w:abstractNum>
  <w:abstractNum w:abstractNumId="10" w15:restartNumberingAfterBreak="0">
    <w:nsid w:val="158A069D"/>
    <w:multiLevelType w:val="hybridMultilevel"/>
    <w:tmpl w:val="DCBCBE22"/>
    <w:lvl w:ilvl="0" w:tplc="927C1132">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tplc="E9A4D25C">
      <w:numFmt w:val="bullet"/>
      <w:lvlText w:val="•"/>
      <w:lvlJc w:val="left"/>
      <w:pPr>
        <w:ind w:left="1037" w:hanging="360"/>
      </w:pPr>
      <w:rPr>
        <w:rFonts w:hint="default"/>
        <w:lang w:val="en-US" w:eastAsia="en-US" w:bidi="ar-SA"/>
      </w:rPr>
    </w:lvl>
    <w:lvl w:ilvl="2" w:tplc="9E2C9C68">
      <w:numFmt w:val="bullet"/>
      <w:lvlText w:val="•"/>
      <w:lvlJc w:val="left"/>
      <w:pPr>
        <w:ind w:left="1255" w:hanging="360"/>
      </w:pPr>
      <w:rPr>
        <w:rFonts w:hint="default"/>
        <w:lang w:val="en-US" w:eastAsia="en-US" w:bidi="ar-SA"/>
      </w:rPr>
    </w:lvl>
    <w:lvl w:ilvl="3" w:tplc="F3246866">
      <w:numFmt w:val="bullet"/>
      <w:lvlText w:val="•"/>
      <w:lvlJc w:val="left"/>
      <w:pPr>
        <w:ind w:left="1472" w:hanging="360"/>
      </w:pPr>
      <w:rPr>
        <w:rFonts w:hint="default"/>
        <w:lang w:val="en-US" w:eastAsia="en-US" w:bidi="ar-SA"/>
      </w:rPr>
    </w:lvl>
    <w:lvl w:ilvl="4" w:tplc="85B4F21E">
      <w:numFmt w:val="bullet"/>
      <w:lvlText w:val="•"/>
      <w:lvlJc w:val="left"/>
      <w:pPr>
        <w:ind w:left="1690" w:hanging="360"/>
      </w:pPr>
      <w:rPr>
        <w:rFonts w:hint="default"/>
        <w:lang w:val="en-US" w:eastAsia="en-US" w:bidi="ar-SA"/>
      </w:rPr>
    </w:lvl>
    <w:lvl w:ilvl="5" w:tplc="245AE292">
      <w:numFmt w:val="bullet"/>
      <w:lvlText w:val="•"/>
      <w:lvlJc w:val="left"/>
      <w:pPr>
        <w:ind w:left="1907" w:hanging="360"/>
      </w:pPr>
      <w:rPr>
        <w:rFonts w:hint="default"/>
        <w:lang w:val="en-US" w:eastAsia="en-US" w:bidi="ar-SA"/>
      </w:rPr>
    </w:lvl>
    <w:lvl w:ilvl="6" w:tplc="B56A2452">
      <w:numFmt w:val="bullet"/>
      <w:lvlText w:val="•"/>
      <w:lvlJc w:val="left"/>
      <w:pPr>
        <w:ind w:left="2125" w:hanging="360"/>
      </w:pPr>
      <w:rPr>
        <w:rFonts w:hint="default"/>
        <w:lang w:val="en-US" w:eastAsia="en-US" w:bidi="ar-SA"/>
      </w:rPr>
    </w:lvl>
    <w:lvl w:ilvl="7" w:tplc="DF1A7CBA">
      <w:numFmt w:val="bullet"/>
      <w:lvlText w:val="•"/>
      <w:lvlJc w:val="left"/>
      <w:pPr>
        <w:ind w:left="2342" w:hanging="360"/>
      </w:pPr>
      <w:rPr>
        <w:rFonts w:hint="default"/>
        <w:lang w:val="en-US" w:eastAsia="en-US" w:bidi="ar-SA"/>
      </w:rPr>
    </w:lvl>
    <w:lvl w:ilvl="8" w:tplc="6B7E3678">
      <w:numFmt w:val="bullet"/>
      <w:lvlText w:val="•"/>
      <w:lvlJc w:val="left"/>
      <w:pPr>
        <w:ind w:left="2560" w:hanging="360"/>
      </w:pPr>
      <w:rPr>
        <w:rFonts w:hint="default"/>
        <w:lang w:val="en-US" w:eastAsia="en-US" w:bidi="ar-SA"/>
      </w:rPr>
    </w:lvl>
  </w:abstractNum>
  <w:abstractNum w:abstractNumId="11" w15:restartNumberingAfterBreak="0">
    <w:nsid w:val="278CB584"/>
    <w:multiLevelType w:val="hybridMultilevel"/>
    <w:tmpl w:val="FFFFFFFF"/>
    <w:lvl w:ilvl="0" w:tplc="41AE1E18">
      <w:start w:val="1"/>
      <w:numFmt w:val="bullet"/>
      <w:lvlText w:val=""/>
      <w:lvlJc w:val="left"/>
      <w:pPr>
        <w:ind w:left="828" w:hanging="360"/>
      </w:pPr>
      <w:rPr>
        <w:rFonts w:hint="default" w:ascii="Symbol" w:hAnsi="Symbol"/>
      </w:rPr>
    </w:lvl>
    <w:lvl w:ilvl="1" w:tplc="ED84923E">
      <w:start w:val="1"/>
      <w:numFmt w:val="bullet"/>
      <w:lvlText w:val="o"/>
      <w:lvlJc w:val="left"/>
      <w:pPr>
        <w:ind w:left="1548" w:hanging="360"/>
      </w:pPr>
      <w:rPr>
        <w:rFonts w:hint="default" w:ascii="Courier New" w:hAnsi="Courier New"/>
      </w:rPr>
    </w:lvl>
    <w:lvl w:ilvl="2" w:tplc="EDDCBB02">
      <w:start w:val="1"/>
      <w:numFmt w:val="bullet"/>
      <w:lvlText w:val=""/>
      <w:lvlJc w:val="left"/>
      <w:pPr>
        <w:ind w:left="2268" w:hanging="360"/>
      </w:pPr>
      <w:rPr>
        <w:rFonts w:hint="default" w:ascii="Wingdings" w:hAnsi="Wingdings"/>
      </w:rPr>
    </w:lvl>
    <w:lvl w:ilvl="3" w:tplc="B7BAE06A">
      <w:start w:val="1"/>
      <w:numFmt w:val="bullet"/>
      <w:lvlText w:val=""/>
      <w:lvlJc w:val="left"/>
      <w:pPr>
        <w:ind w:left="2988" w:hanging="360"/>
      </w:pPr>
      <w:rPr>
        <w:rFonts w:hint="default" w:ascii="Symbol" w:hAnsi="Symbol"/>
      </w:rPr>
    </w:lvl>
    <w:lvl w:ilvl="4" w:tplc="DF50B80E">
      <w:start w:val="1"/>
      <w:numFmt w:val="bullet"/>
      <w:lvlText w:val="o"/>
      <w:lvlJc w:val="left"/>
      <w:pPr>
        <w:ind w:left="3708" w:hanging="360"/>
      </w:pPr>
      <w:rPr>
        <w:rFonts w:hint="default" w:ascii="Courier New" w:hAnsi="Courier New"/>
      </w:rPr>
    </w:lvl>
    <w:lvl w:ilvl="5" w:tplc="9AC61660">
      <w:start w:val="1"/>
      <w:numFmt w:val="bullet"/>
      <w:lvlText w:val=""/>
      <w:lvlJc w:val="left"/>
      <w:pPr>
        <w:ind w:left="4428" w:hanging="360"/>
      </w:pPr>
      <w:rPr>
        <w:rFonts w:hint="default" w:ascii="Wingdings" w:hAnsi="Wingdings"/>
      </w:rPr>
    </w:lvl>
    <w:lvl w:ilvl="6" w:tplc="D2048D32">
      <w:start w:val="1"/>
      <w:numFmt w:val="bullet"/>
      <w:lvlText w:val=""/>
      <w:lvlJc w:val="left"/>
      <w:pPr>
        <w:ind w:left="5148" w:hanging="360"/>
      </w:pPr>
      <w:rPr>
        <w:rFonts w:hint="default" w:ascii="Symbol" w:hAnsi="Symbol"/>
      </w:rPr>
    </w:lvl>
    <w:lvl w:ilvl="7" w:tplc="46A0C808">
      <w:start w:val="1"/>
      <w:numFmt w:val="bullet"/>
      <w:lvlText w:val="o"/>
      <w:lvlJc w:val="left"/>
      <w:pPr>
        <w:ind w:left="5868" w:hanging="360"/>
      </w:pPr>
      <w:rPr>
        <w:rFonts w:hint="default" w:ascii="Courier New" w:hAnsi="Courier New"/>
      </w:rPr>
    </w:lvl>
    <w:lvl w:ilvl="8" w:tplc="5CCC7F8A">
      <w:start w:val="1"/>
      <w:numFmt w:val="bullet"/>
      <w:lvlText w:val=""/>
      <w:lvlJc w:val="left"/>
      <w:pPr>
        <w:ind w:left="6588" w:hanging="360"/>
      </w:pPr>
      <w:rPr>
        <w:rFonts w:hint="default" w:ascii="Wingdings" w:hAnsi="Wingdings"/>
      </w:rPr>
    </w:lvl>
  </w:abstractNum>
  <w:abstractNum w:abstractNumId="12" w15:restartNumberingAfterBreak="0">
    <w:nsid w:val="33D36780"/>
    <w:multiLevelType w:val="hybridMultilevel"/>
    <w:tmpl w:val="B2BA3272"/>
    <w:lvl w:ilvl="0" w:tplc="9BF46472">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tplc="E80A450C">
      <w:numFmt w:val="bullet"/>
      <w:lvlText w:val="•"/>
      <w:lvlJc w:val="left"/>
      <w:pPr>
        <w:ind w:left="1037" w:hanging="360"/>
      </w:pPr>
      <w:rPr>
        <w:rFonts w:hint="default"/>
        <w:lang w:val="en-US" w:eastAsia="en-US" w:bidi="ar-SA"/>
      </w:rPr>
    </w:lvl>
    <w:lvl w:ilvl="2" w:tplc="2DDCAE0C">
      <w:numFmt w:val="bullet"/>
      <w:lvlText w:val="•"/>
      <w:lvlJc w:val="left"/>
      <w:pPr>
        <w:ind w:left="1255" w:hanging="360"/>
      </w:pPr>
      <w:rPr>
        <w:rFonts w:hint="default"/>
        <w:lang w:val="en-US" w:eastAsia="en-US" w:bidi="ar-SA"/>
      </w:rPr>
    </w:lvl>
    <w:lvl w:ilvl="3" w:tplc="8C984C48">
      <w:numFmt w:val="bullet"/>
      <w:lvlText w:val="•"/>
      <w:lvlJc w:val="left"/>
      <w:pPr>
        <w:ind w:left="1472" w:hanging="360"/>
      </w:pPr>
      <w:rPr>
        <w:rFonts w:hint="default"/>
        <w:lang w:val="en-US" w:eastAsia="en-US" w:bidi="ar-SA"/>
      </w:rPr>
    </w:lvl>
    <w:lvl w:ilvl="4" w:tplc="EB829182">
      <w:numFmt w:val="bullet"/>
      <w:lvlText w:val="•"/>
      <w:lvlJc w:val="left"/>
      <w:pPr>
        <w:ind w:left="1690" w:hanging="360"/>
      </w:pPr>
      <w:rPr>
        <w:rFonts w:hint="default"/>
        <w:lang w:val="en-US" w:eastAsia="en-US" w:bidi="ar-SA"/>
      </w:rPr>
    </w:lvl>
    <w:lvl w:ilvl="5" w:tplc="BB2E487E">
      <w:numFmt w:val="bullet"/>
      <w:lvlText w:val="•"/>
      <w:lvlJc w:val="left"/>
      <w:pPr>
        <w:ind w:left="1907" w:hanging="360"/>
      </w:pPr>
      <w:rPr>
        <w:rFonts w:hint="default"/>
        <w:lang w:val="en-US" w:eastAsia="en-US" w:bidi="ar-SA"/>
      </w:rPr>
    </w:lvl>
    <w:lvl w:ilvl="6" w:tplc="9FA62036">
      <w:numFmt w:val="bullet"/>
      <w:lvlText w:val="•"/>
      <w:lvlJc w:val="left"/>
      <w:pPr>
        <w:ind w:left="2125" w:hanging="360"/>
      </w:pPr>
      <w:rPr>
        <w:rFonts w:hint="default"/>
        <w:lang w:val="en-US" w:eastAsia="en-US" w:bidi="ar-SA"/>
      </w:rPr>
    </w:lvl>
    <w:lvl w:ilvl="7" w:tplc="043CBDD2">
      <w:numFmt w:val="bullet"/>
      <w:lvlText w:val="•"/>
      <w:lvlJc w:val="left"/>
      <w:pPr>
        <w:ind w:left="2342" w:hanging="360"/>
      </w:pPr>
      <w:rPr>
        <w:rFonts w:hint="default"/>
        <w:lang w:val="en-US" w:eastAsia="en-US" w:bidi="ar-SA"/>
      </w:rPr>
    </w:lvl>
    <w:lvl w:ilvl="8" w:tplc="94DADBF0">
      <w:numFmt w:val="bullet"/>
      <w:lvlText w:val="•"/>
      <w:lvlJc w:val="left"/>
      <w:pPr>
        <w:ind w:left="2560" w:hanging="360"/>
      </w:pPr>
      <w:rPr>
        <w:rFonts w:hint="default"/>
        <w:lang w:val="en-US" w:eastAsia="en-US" w:bidi="ar-SA"/>
      </w:rPr>
    </w:lvl>
  </w:abstractNum>
  <w:abstractNum w:abstractNumId="13" w15:restartNumberingAfterBreak="0">
    <w:nsid w:val="466D96FC"/>
    <w:multiLevelType w:val="hybridMultilevel"/>
    <w:tmpl w:val="FFFFFFFF"/>
    <w:lvl w:ilvl="0" w:tplc="F9BEB534">
      <w:start w:val="1"/>
      <w:numFmt w:val="bullet"/>
      <w:lvlText w:val=""/>
      <w:lvlJc w:val="left"/>
      <w:pPr>
        <w:ind w:left="720" w:hanging="360"/>
      </w:pPr>
      <w:rPr>
        <w:rFonts w:hint="default" w:ascii="Symbol" w:hAnsi="Symbol"/>
      </w:rPr>
    </w:lvl>
    <w:lvl w:ilvl="1" w:tplc="F9D62FCE">
      <w:start w:val="1"/>
      <w:numFmt w:val="bullet"/>
      <w:lvlText w:val="o"/>
      <w:lvlJc w:val="left"/>
      <w:pPr>
        <w:ind w:left="1440" w:hanging="360"/>
      </w:pPr>
      <w:rPr>
        <w:rFonts w:hint="default" w:ascii="Courier New" w:hAnsi="Courier New"/>
      </w:rPr>
    </w:lvl>
    <w:lvl w:ilvl="2" w:tplc="56E644B6">
      <w:start w:val="1"/>
      <w:numFmt w:val="bullet"/>
      <w:lvlText w:val=""/>
      <w:lvlJc w:val="left"/>
      <w:pPr>
        <w:ind w:left="2160" w:hanging="360"/>
      </w:pPr>
      <w:rPr>
        <w:rFonts w:hint="default" w:ascii="Wingdings" w:hAnsi="Wingdings"/>
      </w:rPr>
    </w:lvl>
    <w:lvl w:ilvl="3" w:tplc="88908916">
      <w:start w:val="1"/>
      <w:numFmt w:val="bullet"/>
      <w:lvlText w:val=""/>
      <w:lvlJc w:val="left"/>
      <w:pPr>
        <w:ind w:left="2880" w:hanging="360"/>
      </w:pPr>
      <w:rPr>
        <w:rFonts w:hint="default" w:ascii="Symbol" w:hAnsi="Symbol"/>
      </w:rPr>
    </w:lvl>
    <w:lvl w:ilvl="4" w:tplc="AF468F94">
      <w:start w:val="1"/>
      <w:numFmt w:val="bullet"/>
      <w:lvlText w:val="o"/>
      <w:lvlJc w:val="left"/>
      <w:pPr>
        <w:ind w:left="3600" w:hanging="360"/>
      </w:pPr>
      <w:rPr>
        <w:rFonts w:hint="default" w:ascii="Courier New" w:hAnsi="Courier New"/>
      </w:rPr>
    </w:lvl>
    <w:lvl w:ilvl="5" w:tplc="95EE3C18">
      <w:start w:val="1"/>
      <w:numFmt w:val="bullet"/>
      <w:lvlText w:val=""/>
      <w:lvlJc w:val="left"/>
      <w:pPr>
        <w:ind w:left="4320" w:hanging="360"/>
      </w:pPr>
      <w:rPr>
        <w:rFonts w:hint="default" w:ascii="Wingdings" w:hAnsi="Wingdings"/>
      </w:rPr>
    </w:lvl>
    <w:lvl w:ilvl="6" w:tplc="D91A5E3C">
      <w:start w:val="1"/>
      <w:numFmt w:val="bullet"/>
      <w:lvlText w:val=""/>
      <w:lvlJc w:val="left"/>
      <w:pPr>
        <w:ind w:left="5040" w:hanging="360"/>
      </w:pPr>
      <w:rPr>
        <w:rFonts w:hint="default" w:ascii="Symbol" w:hAnsi="Symbol"/>
      </w:rPr>
    </w:lvl>
    <w:lvl w:ilvl="7" w:tplc="A76EAB50">
      <w:start w:val="1"/>
      <w:numFmt w:val="bullet"/>
      <w:lvlText w:val="o"/>
      <w:lvlJc w:val="left"/>
      <w:pPr>
        <w:ind w:left="5760" w:hanging="360"/>
      </w:pPr>
      <w:rPr>
        <w:rFonts w:hint="default" w:ascii="Courier New" w:hAnsi="Courier New"/>
      </w:rPr>
    </w:lvl>
    <w:lvl w:ilvl="8" w:tplc="A4A24F5E">
      <w:start w:val="1"/>
      <w:numFmt w:val="bullet"/>
      <w:lvlText w:val=""/>
      <w:lvlJc w:val="left"/>
      <w:pPr>
        <w:ind w:left="6480" w:hanging="360"/>
      </w:pPr>
      <w:rPr>
        <w:rFonts w:hint="default" w:ascii="Wingdings" w:hAnsi="Wingdings"/>
      </w:rPr>
    </w:lvl>
  </w:abstractNum>
  <w:abstractNum w:abstractNumId="14" w15:restartNumberingAfterBreak="0">
    <w:nsid w:val="51AC6C1E"/>
    <w:multiLevelType w:val="hybridMultilevel"/>
    <w:tmpl w:val="25D811A0"/>
    <w:lvl w:ilvl="0" w:tplc="692C4A06">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tplc="5D0AE6B4">
      <w:numFmt w:val="bullet"/>
      <w:lvlText w:val="•"/>
      <w:lvlJc w:val="left"/>
      <w:pPr>
        <w:ind w:left="1037" w:hanging="360"/>
      </w:pPr>
      <w:rPr>
        <w:rFonts w:hint="default"/>
        <w:lang w:val="en-US" w:eastAsia="en-US" w:bidi="ar-SA"/>
      </w:rPr>
    </w:lvl>
    <w:lvl w:ilvl="2" w:tplc="0E2E6A80">
      <w:numFmt w:val="bullet"/>
      <w:lvlText w:val="•"/>
      <w:lvlJc w:val="left"/>
      <w:pPr>
        <w:ind w:left="1255" w:hanging="360"/>
      </w:pPr>
      <w:rPr>
        <w:rFonts w:hint="default"/>
        <w:lang w:val="en-US" w:eastAsia="en-US" w:bidi="ar-SA"/>
      </w:rPr>
    </w:lvl>
    <w:lvl w:ilvl="3" w:tplc="4F04AA06">
      <w:numFmt w:val="bullet"/>
      <w:lvlText w:val="•"/>
      <w:lvlJc w:val="left"/>
      <w:pPr>
        <w:ind w:left="1472" w:hanging="360"/>
      </w:pPr>
      <w:rPr>
        <w:rFonts w:hint="default"/>
        <w:lang w:val="en-US" w:eastAsia="en-US" w:bidi="ar-SA"/>
      </w:rPr>
    </w:lvl>
    <w:lvl w:ilvl="4" w:tplc="4B686560">
      <w:numFmt w:val="bullet"/>
      <w:lvlText w:val="•"/>
      <w:lvlJc w:val="left"/>
      <w:pPr>
        <w:ind w:left="1690" w:hanging="360"/>
      </w:pPr>
      <w:rPr>
        <w:rFonts w:hint="default"/>
        <w:lang w:val="en-US" w:eastAsia="en-US" w:bidi="ar-SA"/>
      </w:rPr>
    </w:lvl>
    <w:lvl w:ilvl="5" w:tplc="A9D6E694">
      <w:numFmt w:val="bullet"/>
      <w:lvlText w:val="•"/>
      <w:lvlJc w:val="left"/>
      <w:pPr>
        <w:ind w:left="1907" w:hanging="360"/>
      </w:pPr>
      <w:rPr>
        <w:rFonts w:hint="default"/>
        <w:lang w:val="en-US" w:eastAsia="en-US" w:bidi="ar-SA"/>
      </w:rPr>
    </w:lvl>
    <w:lvl w:ilvl="6" w:tplc="6322A23C">
      <w:numFmt w:val="bullet"/>
      <w:lvlText w:val="•"/>
      <w:lvlJc w:val="left"/>
      <w:pPr>
        <w:ind w:left="2125" w:hanging="360"/>
      </w:pPr>
      <w:rPr>
        <w:rFonts w:hint="default"/>
        <w:lang w:val="en-US" w:eastAsia="en-US" w:bidi="ar-SA"/>
      </w:rPr>
    </w:lvl>
    <w:lvl w:ilvl="7" w:tplc="5484D6BC">
      <w:numFmt w:val="bullet"/>
      <w:lvlText w:val="•"/>
      <w:lvlJc w:val="left"/>
      <w:pPr>
        <w:ind w:left="2342" w:hanging="360"/>
      </w:pPr>
      <w:rPr>
        <w:rFonts w:hint="default"/>
        <w:lang w:val="en-US" w:eastAsia="en-US" w:bidi="ar-SA"/>
      </w:rPr>
    </w:lvl>
    <w:lvl w:ilvl="8" w:tplc="71D09294">
      <w:numFmt w:val="bullet"/>
      <w:lvlText w:val="•"/>
      <w:lvlJc w:val="left"/>
      <w:pPr>
        <w:ind w:left="2560" w:hanging="360"/>
      </w:pPr>
      <w:rPr>
        <w:rFonts w:hint="default"/>
        <w:lang w:val="en-US" w:eastAsia="en-US" w:bidi="ar-SA"/>
      </w:rPr>
    </w:lvl>
  </w:abstractNum>
  <w:abstractNum w:abstractNumId="15" w15:restartNumberingAfterBreak="0">
    <w:nsid w:val="79020A01"/>
    <w:multiLevelType w:val="hybridMultilevel"/>
    <w:tmpl w:val="DA101932"/>
    <w:lvl w:ilvl="0" w:tplc="176E2340">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tplc="AD0C4E32">
      <w:numFmt w:val="bullet"/>
      <w:lvlText w:val="•"/>
      <w:lvlJc w:val="left"/>
      <w:pPr>
        <w:ind w:left="1037" w:hanging="360"/>
      </w:pPr>
      <w:rPr>
        <w:rFonts w:hint="default"/>
        <w:lang w:val="en-US" w:eastAsia="en-US" w:bidi="ar-SA"/>
      </w:rPr>
    </w:lvl>
    <w:lvl w:ilvl="2" w:tplc="5C84C3D6">
      <w:numFmt w:val="bullet"/>
      <w:lvlText w:val="•"/>
      <w:lvlJc w:val="left"/>
      <w:pPr>
        <w:ind w:left="1255" w:hanging="360"/>
      </w:pPr>
      <w:rPr>
        <w:rFonts w:hint="default"/>
        <w:lang w:val="en-US" w:eastAsia="en-US" w:bidi="ar-SA"/>
      </w:rPr>
    </w:lvl>
    <w:lvl w:ilvl="3" w:tplc="5D52A480">
      <w:numFmt w:val="bullet"/>
      <w:lvlText w:val="•"/>
      <w:lvlJc w:val="left"/>
      <w:pPr>
        <w:ind w:left="1472" w:hanging="360"/>
      </w:pPr>
      <w:rPr>
        <w:rFonts w:hint="default"/>
        <w:lang w:val="en-US" w:eastAsia="en-US" w:bidi="ar-SA"/>
      </w:rPr>
    </w:lvl>
    <w:lvl w:ilvl="4" w:tplc="46A807AA">
      <w:numFmt w:val="bullet"/>
      <w:lvlText w:val="•"/>
      <w:lvlJc w:val="left"/>
      <w:pPr>
        <w:ind w:left="1690" w:hanging="360"/>
      </w:pPr>
      <w:rPr>
        <w:rFonts w:hint="default"/>
        <w:lang w:val="en-US" w:eastAsia="en-US" w:bidi="ar-SA"/>
      </w:rPr>
    </w:lvl>
    <w:lvl w:ilvl="5" w:tplc="85081014">
      <w:numFmt w:val="bullet"/>
      <w:lvlText w:val="•"/>
      <w:lvlJc w:val="left"/>
      <w:pPr>
        <w:ind w:left="1907" w:hanging="360"/>
      </w:pPr>
      <w:rPr>
        <w:rFonts w:hint="default"/>
        <w:lang w:val="en-US" w:eastAsia="en-US" w:bidi="ar-SA"/>
      </w:rPr>
    </w:lvl>
    <w:lvl w:ilvl="6" w:tplc="44D2771A">
      <w:numFmt w:val="bullet"/>
      <w:lvlText w:val="•"/>
      <w:lvlJc w:val="left"/>
      <w:pPr>
        <w:ind w:left="2125" w:hanging="360"/>
      </w:pPr>
      <w:rPr>
        <w:rFonts w:hint="default"/>
        <w:lang w:val="en-US" w:eastAsia="en-US" w:bidi="ar-SA"/>
      </w:rPr>
    </w:lvl>
    <w:lvl w:ilvl="7" w:tplc="ABEC0F2E">
      <w:numFmt w:val="bullet"/>
      <w:lvlText w:val="•"/>
      <w:lvlJc w:val="left"/>
      <w:pPr>
        <w:ind w:left="2342" w:hanging="360"/>
      </w:pPr>
      <w:rPr>
        <w:rFonts w:hint="default"/>
        <w:lang w:val="en-US" w:eastAsia="en-US" w:bidi="ar-SA"/>
      </w:rPr>
    </w:lvl>
    <w:lvl w:ilvl="8" w:tplc="9626B55A">
      <w:numFmt w:val="bullet"/>
      <w:lvlText w:val="•"/>
      <w:lvlJc w:val="left"/>
      <w:pPr>
        <w:ind w:left="2560" w:hanging="360"/>
      </w:pPr>
      <w:rPr>
        <w:rFonts w:hint="default"/>
        <w:lang w:val="en-US" w:eastAsia="en-US" w:bidi="ar-SA"/>
      </w:rPr>
    </w:lvl>
  </w:abstractNum>
  <w:abstractNum w:abstractNumId="16" w15:restartNumberingAfterBreak="0">
    <w:nsid w:val="7F9017DD"/>
    <w:multiLevelType w:val="hybridMultilevel"/>
    <w:tmpl w:val="4E6CFCF0"/>
    <w:lvl w:ilvl="0" w:tplc="36280BE0">
      <w:numFmt w:val="bullet"/>
      <w:lvlText w:val=""/>
      <w:lvlJc w:val="left"/>
      <w:pPr>
        <w:ind w:left="828" w:hanging="360"/>
      </w:pPr>
      <w:rPr>
        <w:rFonts w:hint="default" w:ascii="Symbol" w:hAnsi="Symbol" w:eastAsia="Symbol" w:cs="Symbol"/>
        <w:b w:val="0"/>
        <w:bCs w:val="0"/>
        <w:i w:val="0"/>
        <w:iCs w:val="0"/>
        <w:spacing w:val="0"/>
        <w:w w:val="100"/>
        <w:sz w:val="22"/>
        <w:szCs w:val="22"/>
        <w:lang w:val="en-US" w:eastAsia="en-US" w:bidi="ar-SA"/>
      </w:rPr>
    </w:lvl>
    <w:lvl w:ilvl="1" w:tplc="129AE9BA">
      <w:numFmt w:val="bullet"/>
      <w:lvlText w:val="•"/>
      <w:lvlJc w:val="left"/>
      <w:pPr>
        <w:ind w:left="1037" w:hanging="360"/>
      </w:pPr>
      <w:rPr>
        <w:rFonts w:hint="default"/>
        <w:lang w:val="en-US" w:eastAsia="en-US" w:bidi="ar-SA"/>
      </w:rPr>
    </w:lvl>
    <w:lvl w:ilvl="2" w:tplc="26342012">
      <w:numFmt w:val="bullet"/>
      <w:lvlText w:val="•"/>
      <w:lvlJc w:val="left"/>
      <w:pPr>
        <w:ind w:left="1255" w:hanging="360"/>
      </w:pPr>
      <w:rPr>
        <w:rFonts w:hint="default"/>
        <w:lang w:val="en-US" w:eastAsia="en-US" w:bidi="ar-SA"/>
      </w:rPr>
    </w:lvl>
    <w:lvl w:ilvl="3" w:tplc="A0CE69DC">
      <w:numFmt w:val="bullet"/>
      <w:lvlText w:val="•"/>
      <w:lvlJc w:val="left"/>
      <w:pPr>
        <w:ind w:left="1472" w:hanging="360"/>
      </w:pPr>
      <w:rPr>
        <w:rFonts w:hint="default"/>
        <w:lang w:val="en-US" w:eastAsia="en-US" w:bidi="ar-SA"/>
      </w:rPr>
    </w:lvl>
    <w:lvl w:ilvl="4" w:tplc="7CBEE3F0">
      <w:numFmt w:val="bullet"/>
      <w:lvlText w:val="•"/>
      <w:lvlJc w:val="left"/>
      <w:pPr>
        <w:ind w:left="1690" w:hanging="360"/>
      </w:pPr>
      <w:rPr>
        <w:rFonts w:hint="default"/>
        <w:lang w:val="en-US" w:eastAsia="en-US" w:bidi="ar-SA"/>
      </w:rPr>
    </w:lvl>
    <w:lvl w:ilvl="5" w:tplc="048CBFA6">
      <w:numFmt w:val="bullet"/>
      <w:lvlText w:val="•"/>
      <w:lvlJc w:val="left"/>
      <w:pPr>
        <w:ind w:left="1907" w:hanging="360"/>
      </w:pPr>
      <w:rPr>
        <w:rFonts w:hint="default"/>
        <w:lang w:val="en-US" w:eastAsia="en-US" w:bidi="ar-SA"/>
      </w:rPr>
    </w:lvl>
    <w:lvl w:ilvl="6" w:tplc="D19AB400">
      <w:numFmt w:val="bullet"/>
      <w:lvlText w:val="•"/>
      <w:lvlJc w:val="left"/>
      <w:pPr>
        <w:ind w:left="2125" w:hanging="360"/>
      </w:pPr>
      <w:rPr>
        <w:rFonts w:hint="default"/>
        <w:lang w:val="en-US" w:eastAsia="en-US" w:bidi="ar-SA"/>
      </w:rPr>
    </w:lvl>
    <w:lvl w:ilvl="7" w:tplc="D4124228">
      <w:numFmt w:val="bullet"/>
      <w:lvlText w:val="•"/>
      <w:lvlJc w:val="left"/>
      <w:pPr>
        <w:ind w:left="2342" w:hanging="360"/>
      </w:pPr>
      <w:rPr>
        <w:rFonts w:hint="default"/>
        <w:lang w:val="en-US" w:eastAsia="en-US" w:bidi="ar-SA"/>
      </w:rPr>
    </w:lvl>
    <w:lvl w:ilvl="8" w:tplc="45F2AEF8">
      <w:numFmt w:val="bullet"/>
      <w:lvlText w:val="•"/>
      <w:lvlJc w:val="left"/>
      <w:pPr>
        <w:ind w:left="2560" w:hanging="360"/>
      </w:pPr>
      <w:rPr>
        <w:rFonts w:hint="default"/>
        <w:lang w:val="en-US" w:eastAsia="en-US" w:bidi="ar-SA"/>
      </w:rPr>
    </w:lvl>
  </w:abstractNum>
  <w:num w:numId="1" w16cid:durableId="1183712586">
    <w:abstractNumId w:val="9"/>
  </w:num>
  <w:num w:numId="2" w16cid:durableId="395014168">
    <w:abstractNumId w:val="13"/>
  </w:num>
  <w:num w:numId="3" w16cid:durableId="1288510611">
    <w:abstractNumId w:val="11"/>
  </w:num>
  <w:num w:numId="4" w16cid:durableId="1477575136">
    <w:abstractNumId w:val="8"/>
  </w:num>
  <w:num w:numId="5" w16cid:durableId="897327460">
    <w:abstractNumId w:val="6"/>
  </w:num>
  <w:num w:numId="6" w16cid:durableId="1420176979">
    <w:abstractNumId w:val="5"/>
  </w:num>
  <w:num w:numId="7" w16cid:durableId="1455103126">
    <w:abstractNumId w:val="4"/>
  </w:num>
  <w:num w:numId="8" w16cid:durableId="1041975918">
    <w:abstractNumId w:val="7"/>
  </w:num>
  <w:num w:numId="9" w16cid:durableId="1870987600">
    <w:abstractNumId w:val="3"/>
  </w:num>
  <w:num w:numId="10" w16cid:durableId="826677183">
    <w:abstractNumId w:val="2"/>
  </w:num>
  <w:num w:numId="11" w16cid:durableId="405881351">
    <w:abstractNumId w:val="1"/>
  </w:num>
  <w:num w:numId="12" w16cid:durableId="2018076955">
    <w:abstractNumId w:val="0"/>
  </w:num>
  <w:num w:numId="13" w16cid:durableId="1371959234">
    <w:abstractNumId w:val="10"/>
  </w:num>
  <w:num w:numId="14" w16cid:durableId="55318284">
    <w:abstractNumId w:val="12"/>
  </w:num>
  <w:num w:numId="15" w16cid:durableId="1935631323">
    <w:abstractNumId w:val="14"/>
  </w:num>
  <w:num w:numId="16" w16cid:durableId="479346805">
    <w:abstractNumId w:val="16"/>
  </w:num>
  <w:num w:numId="17" w16cid:durableId="1840391753">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32"/>
    <w:rsid w:val="0015074B"/>
    <w:rsid w:val="00151295"/>
    <w:rsid w:val="00180777"/>
    <w:rsid w:val="001D29AC"/>
    <w:rsid w:val="0029639D"/>
    <w:rsid w:val="002A70B0"/>
    <w:rsid w:val="002D1397"/>
    <w:rsid w:val="00326F90"/>
    <w:rsid w:val="00380A72"/>
    <w:rsid w:val="003B7FCF"/>
    <w:rsid w:val="003C576D"/>
    <w:rsid w:val="004154AB"/>
    <w:rsid w:val="0044674A"/>
    <w:rsid w:val="0046032E"/>
    <w:rsid w:val="0047788F"/>
    <w:rsid w:val="00492768"/>
    <w:rsid w:val="004B1F3E"/>
    <w:rsid w:val="00530AAB"/>
    <w:rsid w:val="0053387D"/>
    <w:rsid w:val="00741216"/>
    <w:rsid w:val="007C3484"/>
    <w:rsid w:val="007D061A"/>
    <w:rsid w:val="007F1A9B"/>
    <w:rsid w:val="00821A7C"/>
    <w:rsid w:val="00841D2B"/>
    <w:rsid w:val="0087032A"/>
    <w:rsid w:val="008D2729"/>
    <w:rsid w:val="00903594"/>
    <w:rsid w:val="009434FA"/>
    <w:rsid w:val="009B051E"/>
    <w:rsid w:val="00A708B3"/>
    <w:rsid w:val="00A84E57"/>
    <w:rsid w:val="00A92022"/>
    <w:rsid w:val="00A9676F"/>
    <w:rsid w:val="00AA1D8D"/>
    <w:rsid w:val="00AD00F5"/>
    <w:rsid w:val="00AE0EC0"/>
    <w:rsid w:val="00AE17CD"/>
    <w:rsid w:val="00B47730"/>
    <w:rsid w:val="00BA724F"/>
    <w:rsid w:val="00C15104"/>
    <w:rsid w:val="00C60981"/>
    <w:rsid w:val="00C7360A"/>
    <w:rsid w:val="00CB0664"/>
    <w:rsid w:val="00CD7856"/>
    <w:rsid w:val="00D200D8"/>
    <w:rsid w:val="00D97451"/>
    <w:rsid w:val="00DB9AF5"/>
    <w:rsid w:val="00DE5C5F"/>
    <w:rsid w:val="00DF6A79"/>
    <w:rsid w:val="00E76B71"/>
    <w:rsid w:val="00F16332"/>
    <w:rsid w:val="00FBD782"/>
    <w:rsid w:val="00FC0680"/>
    <w:rsid w:val="00FC693F"/>
    <w:rsid w:val="00FE5184"/>
    <w:rsid w:val="00FF3756"/>
    <w:rsid w:val="0329982E"/>
    <w:rsid w:val="03750FC0"/>
    <w:rsid w:val="0381BAE0"/>
    <w:rsid w:val="03EFFEBE"/>
    <w:rsid w:val="0430906D"/>
    <w:rsid w:val="04937227"/>
    <w:rsid w:val="04CE6935"/>
    <w:rsid w:val="05A28384"/>
    <w:rsid w:val="07D94FFA"/>
    <w:rsid w:val="080DEB20"/>
    <w:rsid w:val="08B60219"/>
    <w:rsid w:val="0AF5AC7F"/>
    <w:rsid w:val="0AFB0E11"/>
    <w:rsid w:val="0B08AFAC"/>
    <w:rsid w:val="0C6BBAA0"/>
    <w:rsid w:val="0C996142"/>
    <w:rsid w:val="0F1B0B45"/>
    <w:rsid w:val="0F967731"/>
    <w:rsid w:val="0FEA5BCB"/>
    <w:rsid w:val="1033AB8F"/>
    <w:rsid w:val="10B98B02"/>
    <w:rsid w:val="11387C72"/>
    <w:rsid w:val="12294D54"/>
    <w:rsid w:val="1278D04F"/>
    <w:rsid w:val="13FF922C"/>
    <w:rsid w:val="14A8F220"/>
    <w:rsid w:val="16788513"/>
    <w:rsid w:val="16EF094E"/>
    <w:rsid w:val="1878519A"/>
    <w:rsid w:val="1912F5AF"/>
    <w:rsid w:val="1991E0D8"/>
    <w:rsid w:val="19A39808"/>
    <w:rsid w:val="1AAADF14"/>
    <w:rsid w:val="1AD726FC"/>
    <w:rsid w:val="1B74C80E"/>
    <w:rsid w:val="1C119CBF"/>
    <w:rsid w:val="1C288235"/>
    <w:rsid w:val="1C429F8D"/>
    <w:rsid w:val="201AAB59"/>
    <w:rsid w:val="2049D547"/>
    <w:rsid w:val="20AA441D"/>
    <w:rsid w:val="23FD28ED"/>
    <w:rsid w:val="249283E8"/>
    <w:rsid w:val="25C31635"/>
    <w:rsid w:val="26226C25"/>
    <w:rsid w:val="26FA8E14"/>
    <w:rsid w:val="27C54B65"/>
    <w:rsid w:val="27D7AB0E"/>
    <w:rsid w:val="2886D454"/>
    <w:rsid w:val="29E3880C"/>
    <w:rsid w:val="2A398A5A"/>
    <w:rsid w:val="2E4ED53B"/>
    <w:rsid w:val="2EE1C0FF"/>
    <w:rsid w:val="35FB2354"/>
    <w:rsid w:val="3627FA12"/>
    <w:rsid w:val="384BF09D"/>
    <w:rsid w:val="3893D41D"/>
    <w:rsid w:val="3A253C08"/>
    <w:rsid w:val="3E8A4544"/>
    <w:rsid w:val="3E947F04"/>
    <w:rsid w:val="3F0F5EFF"/>
    <w:rsid w:val="3F2446FA"/>
    <w:rsid w:val="3F3E4FCE"/>
    <w:rsid w:val="3F5AA1EA"/>
    <w:rsid w:val="3F60C87B"/>
    <w:rsid w:val="3FEE2640"/>
    <w:rsid w:val="40F7BE53"/>
    <w:rsid w:val="444F74F9"/>
    <w:rsid w:val="4479CEE1"/>
    <w:rsid w:val="44E90438"/>
    <w:rsid w:val="44F7A208"/>
    <w:rsid w:val="45BF21C9"/>
    <w:rsid w:val="469BB84D"/>
    <w:rsid w:val="475D9279"/>
    <w:rsid w:val="497AC592"/>
    <w:rsid w:val="4AFBFB9F"/>
    <w:rsid w:val="4B44E73E"/>
    <w:rsid w:val="4BBADB7E"/>
    <w:rsid w:val="4D533461"/>
    <w:rsid w:val="4EA9D0C2"/>
    <w:rsid w:val="507580B4"/>
    <w:rsid w:val="508026FC"/>
    <w:rsid w:val="518B3A6C"/>
    <w:rsid w:val="52A5A252"/>
    <w:rsid w:val="53BD4F78"/>
    <w:rsid w:val="542DEE96"/>
    <w:rsid w:val="54667A2C"/>
    <w:rsid w:val="5513BDCC"/>
    <w:rsid w:val="555243B4"/>
    <w:rsid w:val="55600531"/>
    <w:rsid w:val="55921E38"/>
    <w:rsid w:val="594DB76A"/>
    <w:rsid w:val="5B4C0377"/>
    <w:rsid w:val="5B7B9AE8"/>
    <w:rsid w:val="5BB96ECF"/>
    <w:rsid w:val="5C1D0206"/>
    <w:rsid w:val="5D3A260F"/>
    <w:rsid w:val="5D3E6574"/>
    <w:rsid w:val="5F44D067"/>
    <w:rsid w:val="607C78E0"/>
    <w:rsid w:val="618B9FE0"/>
    <w:rsid w:val="619C4171"/>
    <w:rsid w:val="634FDEF4"/>
    <w:rsid w:val="64C52BF0"/>
    <w:rsid w:val="64EF38D0"/>
    <w:rsid w:val="654AB739"/>
    <w:rsid w:val="65663F2F"/>
    <w:rsid w:val="65DE1870"/>
    <w:rsid w:val="6672391D"/>
    <w:rsid w:val="67188147"/>
    <w:rsid w:val="69B14181"/>
    <w:rsid w:val="69D9D0E3"/>
    <w:rsid w:val="6A241DAB"/>
    <w:rsid w:val="6B094A8A"/>
    <w:rsid w:val="6B9C0D0A"/>
    <w:rsid w:val="6C95F8D8"/>
    <w:rsid w:val="6CC3D7A4"/>
    <w:rsid w:val="6CD4A383"/>
    <w:rsid w:val="6CED6F8B"/>
    <w:rsid w:val="6D444BEA"/>
    <w:rsid w:val="6DC7C198"/>
    <w:rsid w:val="6E1BF173"/>
    <w:rsid w:val="6E6E3BC2"/>
    <w:rsid w:val="6F04E71B"/>
    <w:rsid w:val="73265F77"/>
    <w:rsid w:val="758691C5"/>
    <w:rsid w:val="75958FF8"/>
    <w:rsid w:val="7731E134"/>
    <w:rsid w:val="781FB8AB"/>
    <w:rsid w:val="789DC5CD"/>
    <w:rsid w:val="798F8881"/>
    <w:rsid w:val="7BA42ACC"/>
    <w:rsid w:val="7C7203E1"/>
    <w:rsid w:val="7D71B693"/>
    <w:rsid w:val="7EF372BB"/>
    <w:rsid w:val="7FB762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D9C002"/>
  <w14:defaultImageDpi w14:val="300"/>
  <w15:docId w15:val="{E87AC28C-B757-472B-A2C0-27EC9DC60C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eastAsia="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ableParagraph" w:customStyle="1">
    <w:name w:val="Table Paragraph"/>
    <w:basedOn w:val="Normal"/>
    <w:uiPriority w:val="1"/>
    <w:qFormat/>
    <w:rsid w:val="00A84E57"/>
    <w:pPr>
      <w:widowControl w:val="0"/>
      <w:autoSpaceDE w:val="0"/>
      <w:autoSpaceDN w:val="0"/>
      <w:spacing w:after="0" w:line="240" w:lineRule="auto"/>
      <w:ind w:left="828" w:hanging="360"/>
    </w:pPr>
    <w:rPr>
      <w:rFonts w:cs="Calibri"/>
    </w:rPr>
  </w:style>
  <w:style w:type="character" w:styleId="Hyperlink">
    <w:name w:val="Hyperlink"/>
    <w:basedOn w:val="DefaultParagraphFont"/>
    <w:uiPriority w:val="99"/>
    <w:unhideWhenUsed/>
    <w:rsid w:val="40F7BE53"/>
    <w:rPr>
      <w:color w:val="0000FF"/>
      <w:u w:val="single"/>
    </w:rPr>
  </w:style>
  <w:style w:type="character" w:styleId="UnresolvedMention">
    <w:name w:val="Unresolved Mention"/>
    <w:basedOn w:val="DefaultParagraphFont"/>
    <w:uiPriority w:val="99"/>
    <w:semiHidden/>
    <w:unhideWhenUsed/>
    <w:rsid w:val="00741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atiepopple@equipttherapy.com" TargetMode="External" Id="rId11" /><Relationship Type="http://schemas.openxmlformats.org/officeDocument/2006/relationships/numbering" Target="numbering.xml" Id="rId5" /><Relationship Type="http://schemas.openxmlformats.org/officeDocument/2006/relationships/hyperlink" Target="mailto:sandrageorgeson@equipttherapy.com" TargetMode="External" Id="rId10"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media/image3.png" Id="rId18558888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9ff91c-c9ff-411a-b9f9-274082ba0468">
      <Terms xmlns="http://schemas.microsoft.com/office/infopath/2007/PartnerControls"/>
    </lcf76f155ced4ddcb4097134ff3c332f>
    <TaxCatchAll xmlns="8dc746b4-126d-45be-8496-86cdfcb2af8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822C5F79C4154990FDB19EADA3491D" ma:contentTypeVersion="16" ma:contentTypeDescription="Create a new document." ma:contentTypeScope="" ma:versionID="a54d074af4b7c68769d76a0cfd3824e6">
  <xsd:schema xmlns:xsd="http://www.w3.org/2001/XMLSchema" xmlns:xs="http://www.w3.org/2001/XMLSchema" xmlns:p="http://schemas.microsoft.com/office/2006/metadata/properties" xmlns:ns2="1f9ff91c-c9ff-411a-b9f9-274082ba0468" xmlns:ns3="8dc746b4-126d-45be-8496-86cdfcb2af85" targetNamespace="http://schemas.microsoft.com/office/2006/metadata/properties" ma:root="true" ma:fieldsID="e9db7fde9f95c7389c5b71923185d993" ns2:_="" ns3:_="">
    <xsd:import namespace="1f9ff91c-c9ff-411a-b9f9-274082ba0468"/>
    <xsd:import namespace="8dc746b4-126d-45be-8496-86cdfcb2af8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ff91c-c9ff-411a-b9f9-274082ba046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2453dd-358d-4457-ab93-16adc63aa2e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c746b4-126d-45be-8496-86cdfcb2af8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02f2bdd-7423-417e-a9e5-015983bcbfd9}" ma:internalName="TaxCatchAll" ma:showField="CatchAllData" ma:web="8dc746b4-126d-45be-8496-86cdfcb2af8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8A464-A286-47B3-AFAE-1623A822BB08}">
  <ds:schemaRefs>
    <ds:schemaRef ds:uri="http://schemas.microsoft.com/office/2006/metadata/properties"/>
    <ds:schemaRef ds:uri="http://schemas.microsoft.com/office/infopath/2007/PartnerControls"/>
    <ds:schemaRef ds:uri="1f9ff91c-c9ff-411a-b9f9-274082ba0468"/>
    <ds:schemaRef ds:uri="8dc746b4-126d-45be-8496-86cdfcb2af85"/>
  </ds:schemaRefs>
</ds:datastoreItem>
</file>

<file path=customXml/itemProps2.xml><?xml version="1.0" encoding="utf-8"?>
<ds:datastoreItem xmlns:ds="http://schemas.openxmlformats.org/officeDocument/2006/customXml" ds:itemID="{46F5FDA6-7BFC-4D5B-98A8-DF09709C4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ff91c-c9ff-411a-b9f9-274082ba0468"/>
    <ds:schemaRef ds:uri="8dc746b4-126d-45be-8496-86cdfcb2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E50B22-899C-4170-9BD2-50DD20F56CAD}">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Sandra  Georgeson</lastModifiedBy>
  <revision>53</revision>
  <dcterms:created xsi:type="dcterms:W3CDTF">2026-02-23T10:16:00.0000000Z</dcterms:created>
  <dcterms:modified xsi:type="dcterms:W3CDTF">2026-06-09T15:12:11.6294754Z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0x010100F8822C5F79C4154990FDB19EADA3491D</vt:lpwstr>
  </property>
  <property fmtid="{D5CDD505-2E9C-101B-9397-08002B2CF9AE}" pid="3" name="MediaServiceImageTags">
    <vt:lpwstr/>
  </property>
</Properties>
</file>